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D1F56" w14:textId="77777777" w:rsidR="000065D5" w:rsidRDefault="000065D5">
      <w:pPr>
        <w:pStyle w:val="Title"/>
      </w:pPr>
    </w:p>
    <w:p w14:paraId="2F491F94" w14:textId="327E9093" w:rsidR="00E671C9" w:rsidRDefault="00467604">
      <w:pPr>
        <w:pStyle w:val="Title"/>
      </w:pPr>
      <w:r>
        <w:t xml:space="preserve">CSDESED 2025 Conference </w:t>
      </w:r>
      <w:proofErr w:type="spellStart"/>
      <w:r>
        <w:t>Programme</w:t>
      </w:r>
      <w:proofErr w:type="spellEnd"/>
    </w:p>
    <w:p w14:paraId="352AB0BF" w14:textId="77777777" w:rsidR="009F7EF3" w:rsidRPr="00CE5D55" w:rsidRDefault="00467604" w:rsidP="009F7EF3">
      <w:pPr>
        <w:rPr>
          <w:b/>
          <w:bCs/>
          <w:sz w:val="24"/>
          <w:szCs w:val="24"/>
        </w:rPr>
      </w:pPr>
      <w:r w:rsidRPr="00CE5D55">
        <w:rPr>
          <w:b/>
          <w:bCs/>
          <w:sz w:val="24"/>
          <w:szCs w:val="24"/>
        </w:rPr>
        <w:t>“Cooperatives and Sustainable Development: Economic, Social, and Environmental Dimensions”</w:t>
      </w:r>
    </w:p>
    <w:p w14:paraId="66483895" w14:textId="40674CB5" w:rsidR="00E671C9" w:rsidRPr="00CE5D55" w:rsidRDefault="00467604" w:rsidP="009F7EF3">
      <w:pPr>
        <w:rPr>
          <w:b/>
          <w:bCs/>
          <w:sz w:val="24"/>
          <w:szCs w:val="24"/>
        </w:rPr>
      </w:pPr>
      <w:r w:rsidRPr="00CE5D55">
        <w:rPr>
          <w:b/>
          <w:bCs/>
          <w:sz w:val="24"/>
          <w:szCs w:val="24"/>
        </w:rPr>
        <w:t>Date: 8</w:t>
      </w:r>
      <w:r w:rsidR="00A805F7" w:rsidRPr="00CE5D55">
        <w:rPr>
          <w:b/>
          <w:bCs/>
          <w:sz w:val="24"/>
          <w:szCs w:val="24"/>
        </w:rPr>
        <w:t>-9</w:t>
      </w:r>
      <w:r w:rsidRPr="00CE5D55">
        <w:rPr>
          <w:b/>
          <w:bCs/>
          <w:sz w:val="24"/>
          <w:szCs w:val="24"/>
        </w:rPr>
        <w:t xml:space="preserve"> October 2025</w:t>
      </w:r>
    </w:p>
    <w:p w14:paraId="1C481801" w14:textId="682B0FD3" w:rsidR="00E671C9" w:rsidRPr="00CE5D55" w:rsidRDefault="00467604" w:rsidP="009F7EF3">
      <w:pPr>
        <w:rPr>
          <w:b/>
          <w:bCs/>
          <w:sz w:val="24"/>
          <w:szCs w:val="24"/>
        </w:rPr>
      </w:pPr>
      <w:r w:rsidRPr="00CE5D55">
        <w:rPr>
          <w:b/>
          <w:bCs/>
          <w:sz w:val="24"/>
          <w:szCs w:val="24"/>
        </w:rPr>
        <w:t xml:space="preserve">Venue: </w:t>
      </w:r>
      <w:r w:rsidR="00022D6B" w:rsidRPr="00CE5D55">
        <w:rPr>
          <w:b/>
          <w:bCs/>
          <w:sz w:val="24"/>
          <w:szCs w:val="24"/>
        </w:rPr>
        <w:t>University Centre “</w:t>
      </w:r>
      <w:proofErr w:type="spellStart"/>
      <w:r w:rsidR="00022D6B" w:rsidRPr="00CE5D55">
        <w:rPr>
          <w:b/>
          <w:bCs/>
          <w:sz w:val="24"/>
          <w:szCs w:val="24"/>
        </w:rPr>
        <w:t>Bachinovo</w:t>
      </w:r>
      <w:proofErr w:type="spellEnd"/>
      <w:r w:rsidR="00022D6B" w:rsidRPr="00CE5D55">
        <w:rPr>
          <w:b/>
          <w:bCs/>
          <w:sz w:val="24"/>
          <w:szCs w:val="24"/>
        </w:rPr>
        <w:t xml:space="preserve">”, </w:t>
      </w:r>
      <w:r w:rsidRPr="00CE5D55">
        <w:rPr>
          <w:b/>
          <w:bCs/>
          <w:sz w:val="24"/>
          <w:szCs w:val="24"/>
        </w:rPr>
        <w:t>Blagoevgrad, Bulgaria</w:t>
      </w:r>
    </w:p>
    <w:p w14:paraId="570AEF63" w14:textId="4572918B" w:rsidR="003216D2" w:rsidRPr="00CE5D55" w:rsidRDefault="00A805F7" w:rsidP="009F7EF3">
      <w:pPr>
        <w:rPr>
          <w:b/>
          <w:bCs/>
          <w:sz w:val="24"/>
          <w:szCs w:val="24"/>
          <w:u w:val="single"/>
        </w:rPr>
      </w:pPr>
      <w:r w:rsidRPr="00CE5D55">
        <w:rPr>
          <w:b/>
          <w:bCs/>
          <w:sz w:val="24"/>
          <w:szCs w:val="24"/>
          <w:u w:val="single"/>
        </w:rPr>
        <w:t>Day 1 (8</w:t>
      </w:r>
      <w:r w:rsidRPr="00CE5D55">
        <w:rPr>
          <w:b/>
          <w:bCs/>
          <w:sz w:val="24"/>
          <w:szCs w:val="24"/>
          <w:u w:val="single"/>
          <w:vertAlign w:val="superscript"/>
        </w:rPr>
        <w:t>th</w:t>
      </w:r>
      <w:r w:rsidRPr="00CE5D55">
        <w:rPr>
          <w:b/>
          <w:bCs/>
          <w:sz w:val="24"/>
          <w:szCs w:val="24"/>
          <w:u w:val="single"/>
        </w:rPr>
        <w:t xml:space="preserve"> October 2025)</w:t>
      </w:r>
    </w:p>
    <w:p w14:paraId="14CD9823" w14:textId="02BB6A4B" w:rsidR="00E671C9" w:rsidRPr="00CE5D55" w:rsidRDefault="00467604" w:rsidP="009F7EF3">
      <w:pPr>
        <w:rPr>
          <w:sz w:val="24"/>
          <w:szCs w:val="24"/>
        </w:rPr>
      </w:pPr>
      <w:r w:rsidRPr="00CE5D55">
        <w:rPr>
          <w:sz w:val="24"/>
          <w:szCs w:val="24"/>
        </w:rPr>
        <w:t>09:</w:t>
      </w:r>
      <w:r w:rsidR="00174F5A">
        <w:rPr>
          <w:sz w:val="24"/>
          <w:szCs w:val="24"/>
        </w:rPr>
        <w:t>3</w:t>
      </w:r>
      <w:r w:rsidRPr="00CE5D55">
        <w:rPr>
          <w:sz w:val="24"/>
          <w:szCs w:val="24"/>
        </w:rPr>
        <w:t xml:space="preserve">0 – </w:t>
      </w:r>
      <w:r w:rsidR="00174F5A">
        <w:rPr>
          <w:sz w:val="24"/>
          <w:szCs w:val="24"/>
        </w:rPr>
        <w:t>10</w:t>
      </w:r>
      <w:r w:rsidRPr="00CE5D55">
        <w:rPr>
          <w:sz w:val="24"/>
          <w:szCs w:val="24"/>
        </w:rPr>
        <w:t>:</w:t>
      </w:r>
      <w:r w:rsidR="00174F5A">
        <w:rPr>
          <w:sz w:val="24"/>
          <w:szCs w:val="24"/>
        </w:rPr>
        <w:t>0</w:t>
      </w:r>
      <w:r w:rsidRPr="00CE5D55">
        <w:rPr>
          <w:sz w:val="24"/>
          <w:szCs w:val="24"/>
        </w:rPr>
        <w:t>0 | Registration of participants</w:t>
      </w:r>
    </w:p>
    <w:p w14:paraId="2E522BEA" w14:textId="2F527285" w:rsidR="00E671C9" w:rsidRPr="00CE5D55" w:rsidRDefault="00174F5A" w:rsidP="009F7EF3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467604" w:rsidRPr="00CE5D55">
        <w:rPr>
          <w:sz w:val="24"/>
          <w:szCs w:val="24"/>
        </w:rPr>
        <w:t>:</w:t>
      </w:r>
      <w:r>
        <w:rPr>
          <w:sz w:val="24"/>
          <w:szCs w:val="24"/>
        </w:rPr>
        <w:t>0</w:t>
      </w:r>
      <w:r w:rsidR="00467604" w:rsidRPr="00CE5D55">
        <w:rPr>
          <w:sz w:val="24"/>
          <w:szCs w:val="24"/>
        </w:rPr>
        <w:t>0 – 1</w:t>
      </w:r>
      <w:r>
        <w:rPr>
          <w:sz w:val="24"/>
          <w:szCs w:val="24"/>
        </w:rPr>
        <w:t>0</w:t>
      </w:r>
      <w:r w:rsidR="00467604" w:rsidRPr="00CE5D55">
        <w:rPr>
          <w:sz w:val="24"/>
          <w:szCs w:val="24"/>
        </w:rPr>
        <w:t>:</w:t>
      </w:r>
      <w:r>
        <w:rPr>
          <w:sz w:val="24"/>
          <w:szCs w:val="24"/>
        </w:rPr>
        <w:t>3</w:t>
      </w:r>
      <w:r w:rsidR="00467604" w:rsidRPr="00CE5D55">
        <w:rPr>
          <w:sz w:val="24"/>
          <w:szCs w:val="24"/>
        </w:rPr>
        <w:t>0 | Official opening of the conference</w:t>
      </w:r>
    </w:p>
    <w:p w14:paraId="216B8880" w14:textId="65521411" w:rsidR="00E671C9" w:rsidRPr="00CE5D55" w:rsidRDefault="00467604" w:rsidP="009F7EF3">
      <w:pPr>
        <w:rPr>
          <w:sz w:val="24"/>
          <w:szCs w:val="24"/>
          <w:lang w:val="bg-BG"/>
        </w:rPr>
      </w:pPr>
      <w:r w:rsidRPr="00CE5D55">
        <w:rPr>
          <w:sz w:val="24"/>
          <w:szCs w:val="24"/>
        </w:rPr>
        <w:t>10:</w:t>
      </w:r>
      <w:r w:rsidR="00174F5A">
        <w:rPr>
          <w:sz w:val="24"/>
          <w:szCs w:val="24"/>
        </w:rPr>
        <w:t>3</w:t>
      </w:r>
      <w:r w:rsidRPr="00CE5D55">
        <w:rPr>
          <w:sz w:val="24"/>
          <w:szCs w:val="24"/>
        </w:rPr>
        <w:t>0 – 1</w:t>
      </w:r>
      <w:r w:rsidR="00022D6B" w:rsidRPr="00CE5D55">
        <w:rPr>
          <w:sz w:val="24"/>
          <w:szCs w:val="24"/>
        </w:rPr>
        <w:t>2</w:t>
      </w:r>
      <w:r w:rsidRPr="00CE5D55">
        <w:rPr>
          <w:sz w:val="24"/>
          <w:szCs w:val="24"/>
        </w:rPr>
        <w:t>:</w:t>
      </w:r>
      <w:r w:rsidR="00022D6B" w:rsidRPr="00CE5D55">
        <w:rPr>
          <w:sz w:val="24"/>
          <w:szCs w:val="24"/>
        </w:rPr>
        <w:t>0</w:t>
      </w:r>
      <w:r w:rsidRPr="00CE5D55">
        <w:rPr>
          <w:sz w:val="24"/>
          <w:szCs w:val="24"/>
        </w:rPr>
        <w:t>0 | Plenary session: Cooperatives and Sustainable Development – Challenges and Perspectives</w:t>
      </w:r>
    </w:p>
    <w:p w14:paraId="772F6339" w14:textId="190C0F4E" w:rsidR="003B2DBE" w:rsidRPr="00296164" w:rsidRDefault="003B2DBE" w:rsidP="000065D5">
      <w:pPr>
        <w:pStyle w:val="ListParagraph"/>
        <w:numPr>
          <w:ilvl w:val="0"/>
          <w:numId w:val="15"/>
        </w:numPr>
        <w:rPr>
          <w:i/>
          <w:iCs/>
        </w:rPr>
      </w:pPr>
      <w:proofErr w:type="spellStart"/>
      <w:r w:rsidRPr="000065D5">
        <w:rPr>
          <w:b/>
          <w:bCs/>
          <w:lang w:val="bg-BG"/>
        </w:rPr>
        <w:t>Prof</w:t>
      </w:r>
      <w:proofErr w:type="spellEnd"/>
      <w:r w:rsidRPr="000065D5">
        <w:rPr>
          <w:b/>
          <w:bCs/>
          <w:lang w:val="bg-BG"/>
        </w:rPr>
        <w:t xml:space="preserve">. </w:t>
      </w:r>
      <w:proofErr w:type="spellStart"/>
      <w:r w:rsidRPr="000065D5">
        <w:rPr>
          <w:b/>
          <w:bCs/>
          <w:lang w:val="bg-BG"/>
        </w:rPr>
        <w:t>Nikolay</w:t>
      </w:r>
      <w:proofErr w:type="spellEnd"/>
      <w:r w:rsidRPr="000065D5">
        <w:rPr>
          <w:b/>
          <w:bCs/>
          <w:lang w:val="bg-BG"/>
        </w:rPr>
        <w:t xml:space="preserve"> </w:t>
      </w:r>
      <w:proofErr w:type="spellStart"/>
      <w:r w:rsidRPr="000065D5">
        <w:rPr>
          <w:b/>
          <w:bCs/>
          <w:lang w:val="bg-BG"/>
        </w:rPr>
        <w:t>Marin</w:t>
      </w:r>
      <w:proofErr w:type="spellEnd"/>
      <w:r w:rsidRPr="000065D5">
        <w:rPr>
          <w:b/>
          <w:bCs/>
        </w:rPr>
        <w:t xml:space="preserve">, </w:t>
      </w:r>
      <w:r w:rsidR="000251F6" w:rsidRPr="000065D5">
        <w:rPr>
          <w:b/>
          <w:bCs/>
        </w:rPr>
        <w:t>PhD</w:t>
      </w:r>
      <w:r w:rsidR="000251F6" w:rsidRPr="00CE5D55">
        <w:t xml:space="preserve">, </w:t>
      </w:r>
      <w:r w:rsidRPr="00CE5D55">
        <w:t xml:space="preserve">Rector </w:t>
      </w:r>
      <w:r w:rsidR="000251F6" w:rsidRPr="00CE5D55">
        <w:t>of South-West University "</w:t>
      </w:r>
      <w:proofErr w:type="spellStart"/>
      <w:r w:rsidR="000251F6" w:rsidRPr="00CE5D55">
        <w:t>Neofit</w:t>
      </w:r>
      <w:proofErr w:type="spellEnd"/>
      <w:r w:rsidR="000251F6" w:rsidRPr="00CE5D55">
        <w:t xml:space="preserve"> </w:t>
      </w:r>
      <w:proofErr w:type="spellStart"/>
      <w:r w:rsidR="000251F6" w:rsidRPr="00CE5D55">
        <w:t>Rilski</w:t>
      </w:r>
      <w:proofErr w:type="spellEnd"/>
      <w:r w:rsidR="000251F6" w:rsidRPr="00CE5D55">
        <w:t>", Bulgaria</w:t>
      </w:r>
      <w:r w:rsidR="00296164">
        <w:rPr>
          <w:lang w:val="bg-BG"/>
        </w:rPr>
        <w:t xml:space="preserve"> - </w:t>
      </w:r>
      <w:r w:rsidR="00296164" w:rsidRPr="00296164">
        <w:rPr>
          <w:i/>
          <w:iCs/>
        </w:rPr>
        <w:t>The Actors of the Social and Solidarity Economy in the Era of Artificial Intelligence: Challenges and Opportunities</w:t>
      </w:r>
    </w:p>
    <w:p w14:paraId="4B8FA31A" w14:textId="77777777" w:rsidR="000065D5" w:rsidRPr="00CE5D55" w:rsidRDefault="000065D5" w:rsidP="000065D5">
      <w:pPr>
        <w:pStyle w:val="ListParagraph"/>
      </w:pPr>
    </w:p>
    <w:p w14:paraId="0709DA8C" w14:textId="0D051D3B" w:rsidR="00A805F7" w:rsidRPr="00EB034C" w:rsidRDefault="00EB034C" w:rsidP="00EB034C">
      <w:pPr>
        <w:pStyle w:val="ListParagraph"/>
        <w:numPr>
          <w:ilvl w:val="0"/>
          <w:numId w:val="15"/>
        </w:numPr>
        <w:jc w:val="both"/>
        <w:rPr>
          <w:rFonts w:cs="Arial"/>
          <w:b/>
          <w:bCs/>
          <w:shd w:val="clear" w:color="auto" w:fill="FFFFFF"/>
        </w:rPr>
      </w:pPr>
      <w:r w:rsidRPr="00EB034C">
        <w:rPr>
          <w:rFonts w:cs="Arial"/>
          <w:b/>
          <w:bCs/>
          <w:shd w:val="clear" w:color="auto" w:fill="FFFFFF"/>
        </w:rPr>
        <w:t xml:space="preserve">Assoc. Prof. DSc. Vladislav </w:t>
      </w:r>
      <w:proofErr w:type="spellStart"/>
      <w:r w:rsidRPr="00EB034C">
        <w:rPr>
          <w:rFonts w:cs="Arial"/>
          <w:b/>
          <w:bCs/>
          <w:shd w:val="clear" w:color="auto" w:fill="FFFFFF"/>
        </w:rPr>
        <w:t>Lazarov</w:t>
      </w:r>
      <w:proofErr w:type="spellEnd"/>
      <w:r w:rsidRPr="00EB034C">
        <w:rPr>
          <w:rFonts w:cs="Arial"/>
          <w:b/>
          <w:bCs/>
          <w:shd w:val="clear" w:color="auto" w:fill="FFFFFF"/>
        </w:rPr>
        <w:t xml:space="preserve">, </w:t>
      </w:r>
      <w:r w:rsidRPr="00EB034C">
        <w:rPr>
          <w:rFonts w:cs="Arial"/>
          <w:shd w:val="clear" w:color="auto" w:fill="FFFFFF"/>
        </w:rPr>
        <w:t xml:space="preserve">National Union of Worker Producers’ Cooperatives, Bulgaria - </w:t>
      </w:r>
      <w:r w:rsidRPr="00EB034C">
        <w:rPr>
          <w:rFonts w:cs="Arial"/>
          <w:i/>
          <w:iCs/>
          <w:shd w:val="clear" w:color="auto" w:fill="FFFFFF"/>
        </w:rPr>
        <w:t>The Role of the National Union of Worker Producers` Cooperatives in the Development of the Cooperative Movement in Bulgaria</w:t>
      </w:r>
    </w:p>
    <w:p w14:paraId="69C1B363" w14:textId="77777777" w:rsidR="000065D5" w:rsidRPr="00CE5D55" w:rsidRDefault="000065D5" w:rsidP="000065D5">
      <w:pPr>
        <w:pStyle w:val="ListParagraph"/>
      </w:pPr>
    </w:p>
    <w:p w14:paraId="21EBFB32" w14:textId="77777777" w:rsidR="007D40EC" w:rsidRPr="007D40EC" w:rsidRDefault="007D40EC" w:rsidP="007D40EC">
      <w:pPr>
        <w:pStyle w:val="ListParagraph"/>
        <w:numPr>
          <w:ilvl w:val="0"/>
          <w:numId w:val="15"/>
        </w:numPr>
        <w:rPr>
          <w:i/>
          <w:iCs/>
        </w:rPr>
      </w:pPr>
      <w:r>
        <w:rPr>
          <w:rFonts w:cs="Arial"/>
          <w:b/>
          <w:bCs/>
          <w:shd w:val="clear" w:color="auto" w:fill="FFFFFF"/>
        </w:rPr>
        <w:t>Assoc.</w:t>
      </w:r>
      <w:r w:rsidRPr="000065D5">
        <w:rPr>
          <w:rFonts w:cs="Arial"/>
          <w:b/>
          <w:bCs/>
          <w:shd w:val="clear" w:color="auto" w:fill="FFFFFF"/>
        </w:rPr>
        <w:t xml:space="preserve"> Prof.</w:t>
      </w:r>
      <w:r>
        <w:rPr>
          <w:rFonts w:cs="Arial"/>
          <w:b/>
          <w:bCs/>
          <w:shd w:val="clear" w:color="auto" w:fill="FFFFFF"/>
          <w:lang w:val="bg-BG"/>
        </w:rPr>
        <w:t xml:space="preserve"> </w:t>
      </w:r>
      <w:proofErr w:type="spellStart"/>
      <w:r w:rsidRPr="000065D5">
        <w:rPr>
          <w:rFonts w:cs="Arial"/>
          <w:b/>
          <w:bCs/>
          <w:shd w:val="clear" w:color="auto" w:fill="FFFFFF"/>
        </w:rPr>
        <w:t>Shpëtim</w:t>
      </w:r>
      <w:proofErr w:type="spellEnd"/>
      <w:r w:rsidRPr="000065D5">
        <w:rPr>
          <w:rFonts w:cs="Arial"/>
          <w:b/>
          <w:bCs/>
          <w:shd w:val="clear" w:color="auto" w:fill="FFFFFF"/>
        </w:rPr>
        <w:t xml:space="preserve"> </w:t>
      </w:r>
      <w:proofErr w:type="spellStart"/>
      <w:r w:rsidRPr="000065D5">
        <w:rPr>
          <w:rFonts w:cs="Arial"/>
          <w:b/>
          <w:bCs/>
          <w:shd w:val="clear" w:color="auto" w:fill="FFFFFF"/>
        </w:rPr>
        <w:t>Çerri</w:t>
      </w:r>
      <w:proofErr w:type="spellEnd"/>
      <w:r w:rsidRPr="000065D5">
        <w:rPr>
          <w:rFonts w:cs="Arial"/>
          <w:b/>
          <w:bCs/>
          <w:shd w:val="clear" w:color="auto" w:fill="FFFFFF"/>
        </w:rPr>
        <w:t>, PhD</w:t>
      </w:r>
      <w:r w:rsidRPr="000065D5">
        <w:rPr>
          <w:rFonts w:cs="Arial"/>
          <w:shd w:val="clear" w:color="auto" w:fill="FFFFFF"/>
        </w:rPr>
        <w:t xml:space="preserve">, University "Aleksander Xhuvani"- Elbasan, Albania, </w:t>
      </w:r>
      <w:r w:rsidRPr="000065D5">
        <w:rPr>
          <w:rFonts w:cs="Arial"/>
          <w:b/>
          <w:bCs/>
          <w:shd w:val="clear" w:color="auto" w:fill="FFFFFF"/>
        </w:rPr>
        <w:t xml:space="preserve">Dr. </w:t>
      </w:r>
      <w:proofErr w:type="spellStart"/>
      <w:r w:rsidRPr="000065D5">
        <w:rPr>
          <w:rFonts w:cs="Arial"/>
          <w:b/>
          <w:bCs/>
          <w:shd w:val="clear" w:color="auto" w:fill="FFFFFF"/>
        </w:rPr>
        <w:t>Ardian</w:t>
      </w:r>
      <w:proofErr w:type="spellEnd"/>
      <w:r w:rsidRPr="000065D5">
        <w:rPr>
          <w:rFonts w:cs="Arial"/>
          <w:b/>
          <w:bCs/>
          <w:shd w:val="clear" w:color="auto" w:fill="FFFFFF"/>
        </w:rPr>
        <w:t xml:space="preserve"> </w:t>
      </w:r>
      <w:proofErr w:type="spellStart"/>
      <w:r w:rsidRPr="000065D5">
        <w:rPr>
          <w:rFonts w:cs="Arial"/>
          <w:b/>
          <w:bCs/>
          <w:shd w:val="clear" w:color="auto" w:fill="FFFFFF"/>
        </w:rPr>
        <w:t>Durmishi</w:t>
      </w:r>
      <w:proofErr w:type="spellEnd"/>
      <w:r w:rsidRPr="000065D5">
        <w:rPr>
          <w:rFonts w:cs="Arial"/>
          <w:shd w:val="clear" w:color="auto" w:fill="FFFFFF"/>
        </w:rPr>
        <w:t xml:space="preserve">, University "Aleksander Xhuvani"- Elbasan, Albania - </w:t>
      </w:r>
      <w:r w:rsidRPr="000065D5">
        <w:rPr>
          <w:rFonts w:cs="Arial"/>
          <w:i/>
          <w:iCs/>
          <w:shd w:val="clear" w:color="auto" w:fill="FFFFFF"/>
        </w:rPr>
        <w:t xml:space="preserve">Mapping Albanian tourist destinations based on visitors' reviews: A combined </w:t>
      </w:r>
      <w:r w:rsidRPr="000065D5">
        <w:rPr>
          <w:rFonts w:cs="Arial"/>
          <w:shd w:val="clear" w:color="auto" w:fill="FFFFFF"/>
        </w:rPr>
        <w:t>approach</w:t>
      </w:r>
      <w:r w:rsidRPr="007D40EC">
        <w:rPr>
          <w:rFonts w:cs="Arial"/>
          <w:b/>
          <w:bCs/>
          <w:shd w:val="clear" w:color="auto" w:fill="FFFFFF"/>
        </w:rPr>
        <w:t xml:space="preserve"> </w:t>
      </w:r>
    </w:p>
    <w:p w14:paraId="7510849A" w14:textId="77777777" w:rsidR="007D40EC" w:rsidRPr="007D40EC" w:rsidRDefault="007D40EC" w:rsidP="007D40EC">
      <w:pPr>
        <w:pStyle w:val="ListParagraph"/>
        <w:rPr>
          <w:rFonts w:cs="Arial"/>
          <w:b/>
          <w:bCs/>
          <w:shd w:val="clear" w:color="auto" w:fill="FFFFFF"/>
        </w:rPr>
      </w:pPr>
    </w:p>
    <w:p w14:paraId="28E6B112" w14:textId="19721736" w:rsidR="007D40EC" w:rsidRPr="000065D5" w:rsidRDefault="001D0E7D" w:rsidP="007D40EC">
      <w:pPr>
        <w:pStyle w:val="ListParagraph"/>
        <w:numPr>
          <w:ilvl w:val="0"/>
          <w:numId w:val="15"/>
        </w:numPr>
        <w:rPr>
          <w:i/>
          <w:iCs/>
        </w:rPr>
      </w:pPr>
      <w:r>
        <w:rPr>
          <w:rFonts w:cs="Arial"/>
          <w:b/>
          <w:bCs/>
          <w:shd w:val="clear" w:color="auto" w:fill="FFFFFF"/>
        </w:rPr>
        <w:t xml:space="preserve">Prof. </w:t>
      </w:r>
      <w:proofErr w:type="spellStart"/>
      <w:r>
        <w:rPr>
          <w:rFonts w:cs="Arial"/>
          <w:b/>
          <w:bCs/>
          <w:shd w:val="clear" w:color="auto" w:fill="FFFFFF"/>
        </w:rPr>
        <w:t>Todorka</w:t>
      </w:r>
      <w:proofErr w:type="spellEnd"/>
      <w:r>
        <w:rPr>
          <w:rFonts w:cs="Arial"/>
          <w:b/>
          <w:bCs/>
          <w:shd w:val="clear" w:color="auto" w:fill="FFFFFF"/>
        </w:rPr>
        <w:t xml:space="preserve"> </w:t>
      </w:r>
      <w:proofErr w:type="spellStart"/>
      <w:r>
        <w:rPr>
          <w:rFonts w:cs="Arial"/>
          <w:b/>
          <w:bCs/>
          <w:shd w:val="clear" w:color="auto" w:fill="FFFFFF"/>
        </w:rPr>
        <w:t>Atanasova</w:t>
      </w:r>
      <w:proofErr w:type="spellEnd"/>
      <w:r>
        <w:rPr>
          <w:rFonts w:cs="Arial"/>
          <w:b/>
          <w:bCs/>
          <w:shd w:val="clear" w:color="auto" w:fill="FFFFFF"/>
        </w:rPr>
        <w:t xml:space="preserve">, PhD </w:t>
      </w:r>
      <w:r w:rsidRPr="001D0E7D">
        <w:rPr>
          <w:rFonts w:cs="Arial"/>
          <w:shd w:val="clear" w:color="auto" w:fill="FFFFFF"/>
        </w:rPr>
        <w:t>and</w:t>
      </w:r>
      <w:r>
        <w:rPr>
          <w:rFonts w:cs="Arial"/>
          <w:b/>
          <w:bCs/>
          <w:shd w:val="clear" w:color="auto" w:fill="FFFFFF"/>
        </w:rPr>
        <w:t xml:space="preserve"> </w:t>
      </w:r>
      <w:r w:rsidR="007D40EC" w:rsidRPr="000065D5">
        <w:rPr>
          <w:rFonts w:cs="Arial"/>
          <w:b/>
          <w:bCs/>
          <w:shd w:val="clear" w:color="auto" w:fill="FFFFFF"/>
        </w:rPr>
        <w:t xml:space="preserve">Assoc. Prof. Angel </w:t>
      </w:r>
      <w:proofErr w:type="spellStart"/>
      <w:r w:rsidR="007D40EC" w:rsidRPr="000065D5">
        <w:rPr>
          <w:rFonts w:cs="Arial"/>
          <w:b/>
          <w:bCs/>
          <w:shd w:val="clear" w:color="auto" w:fill="FFFFFF"/>
        </w:rPr>
        <w:t>Sarov</w:t>
      </w:r>
      <w:proofErr w:type="spellEnd"/>
      <w:r w:rsidR="007D40EC" w:rsidRPr="000065D5">
        <w:rPr>
          <w:rFonts w:cs="Arial"/>
          <w:b/>
          <w:bCs/>
          <w:shd w:val="clear" w:color="auto" w:fill="FFFFFF"/>
        </w:rPr>
        <w:t>, PhD</w:t>
      </w:r>
      <w:r w:rsidR="007D40EC" w:rsidRPr="000065D5">
        <w:rPr>
          <w:rFonts w:cs="Arial"/>
          <w:shd w:val="clear" w:color="auto" w:fill="FFFFFF"/>
        </w:rPr>
        <w:t xml:space="preserve">, </w:t>
      </w:r>
      <w:proofErr w:type="spellStart"/>
      <w:r w:rsidR="007D40EC" w:rsidRPr="000065D5">
        <w:rPr>
          <w:rFonts w:cs="Arial"/>
          <w:shd w:val="clear" w:color="auto" w:fill="FFFFFF"/>
        </w:rPr>
        <w:t>Trakia</w:t>
      </w:r>
      <w:proofErr w:type="spellEnd"/>
      <w:r w:rsidR="007D40EC" w:rsidRPr="000065D5">
        <w:rPr>
          <w:rFonts w:cs="Arial"/>
          <w:shd w:val="clear" w:color="auto" w:fill="FFFFFF"/>
        </w:rPr>
        <w:t xml:space="preserve"> University, </w:t>
      </w:r>
      <w:proofErr w:type="spellStart"/>
      <w:r w:rsidR="007D40EC" w:rsidRPr="000065D5">
        <w:rPr>
          <w:rFonts w:cs="Arial"/>
          <w:shd w:val="clear" w:color="auto" w:fill="FFFFFF"/>
        </w:rPr>
        <w:t>Stara</w:t>
      </w:r>
      <w:proofErr w:type="spellEnd"/>
      <w:r w:rsidR="007D40EC" w:rsidRPr="000065D5">
        <w:rPr>
          <w:rFonts w:cs="Arial"/>
          <w:shd w:val="clear" w:color="auto" w:fill="FFFFFF"/>
        </w:rPr>
        <w:t xml:space="preserve"> Zagora</w:t>
      </w:r>
      <w:r>
        <w:rPr>
          <w:rFonts w:cs="Arial"/>
          <w:shd w:val="clear" w:color="auto" w:fill="FFFFFF"/>
        </w:rPr>
        <w:t xml:space="preserve"> –</w:t>
      </w:r>
      <w:r w:rsidR="007D40EC" w:rsidRPr="000065D5">
        <w:rPr>
          <w:rFonts w:cs="Arial"/>
          <w:shd w:val="clear" w:color="auto" w:fill="FFFFFF"/>
        </w:rPr>
        <w:t xml:space="preserve"> </w:t>
      </w:r>
      <w:r w:rsidR="007D40EC" w:rsidRPr="000065D5">
        <w:rPr>
          <w:rFonts w:cs="Arial"/>
          <w:i/>
          <w:iCs/>
          <w:shd w:val="clear" w:color="auto" w:fill="FFFFFF"/>
        </w:rPr>
        <w:t>Regional Differences and Business Models in Bulgarian Agricultural Cooperatives</w:t>
      </w:r>
    </w:p>
    <w:p w14:paraId="6B55D86F" w14:textId="3523D6AF" w:rsidR="007D40EC" w:rsidRPr="00CE5D55" w:rsidRDefault="007D40EC" w:rsidP="007D40EC">
      <w:pPr>
        <w:pStyle w:val="ListParagraph"/>
      </w:pPr>
    </w:p>
    <w:p w14:paraId="1A066E1E" w14:textId="77777777" w:rsidR="007D40EC" w:rsidRPr="00EB034C" w:rsidRDefault="007D40EC" w:rsidP="00EB034C">
      <w:pPr>
        <w:rPr>
          <w:rFonts w:cs="Arial"/>
          <w:b/>
          <w:bCs/>
          <w:shd w:val="clear" w:color="auto" w:fill="FFFFFF"/>
        </w:rPr>
      </w:pPr>
    </w:p>
    <w:p w14:paraId="2979171A" w14:textId="77777777" w:rsidR="000065D5" w:rsidRPr="000065D5" w:rsidRDefault="000065D5" w:rsidP="000065D5">
      <w:pPr>
        <w:pStyle w:val="ListParagraph"/>
        <w:rPr>
          <w:i/>
          <w:iCs/>
        </w:rPr>
      </w:pPr>
    </w:p>
    <w:p w14:paraId="60B89B6B" w14:textId="77777777" w:rsidR="007D40EC" w:rsidRDefault="007D40EC" w:rsidP="00A805F7">
      <w:pPr>
        <w:rPr>
          <w:sz w:val="24"/>
          <w:szCs w:val="24"/>
        </w:rPr>
      </w:pPr>
    </w:p>
    <w:p w14:paraId="35605DD5" w14:textId="5E6841FE" w:rsidR="00E671C9" w:rsidRDefault="00467604" w:rsidP="00A805F7">
      <w:pPr>
        <w:rPr>
          <w:sz w:val="24"/>
          <w:szCs w:val="24"/>
        </w:rPr>
      </w:pPr>
      <w:r w:rsidRPr="00CE5D55">
        <w:rPr>
          <w:sz w:val="24"/>
          <w:szCs w:val="24"/>
        </w:rPr>
        <w:t>1</w:t>
      </w:r>
      <w:r w:rsidR="00022D6B" w:rsidRPr="00CE5D55">
        <w:rPr>
          <w:sz w:val="24"/>
          <w:szCs w:val="24"/>
        </w:rPr>
        <w:t>2</w:t>
      </w:r>
      <w:r w:rsidRPr="00CE5D55">
        <w:rPr>
          <w:sz w:val="24"/>
          <w:szCs w:val="24"/>
        </w:rPr>
        <w:t>:</w:t>
      </w:r>
      <w:r w:rsidR="00022D6B" w:rsidRPr="00CE5D55">
        <w:rPr>
          <w:sz w:val="24"/>
          <w:szCs w:val="24"/>
        </w:rPr>
        <w:t>0</w:t>
      </w:r>
      <w:r w:rsidRPr="00CE5D55">
        <w:rPr>
          <w:sz w:val="24"/>
          <w:szCs w:val="24"/>
        </w:rPr>
        <w:t>0 – 1</w:t>
      </w:r>
      <w:r w:rsidR="00022D6B" w:rsidRPr="00CE5D55">
        <w:rPr>
          <w:sz w:val="24"/>
          <w:szCs w:val="24"/>
        </w:rPr>
        <w:t>3</w:t>
      </w:r>
      <w:r w:rsidRPr="00CE5D55">
        <w:rPr>
          <w:sz w:val="24"/>
          <w:szCs w:val="24"/>
        </w:rPr>
        <w:t xml:space="preserve">:00 | </w:t>
      </w:r>
      <w:r w:rsidR="00022D6B" w:rsidRPr="00CE5D55">
        <w:rPr>
          <w:sz w:val="24"/>
          <w:szCs w:val="24"/>
        </w:rPr>
        <w:t>Lunch</w:t>
      </w:r>
    </w:p>
    <w:p w14:paraId="35A229A4" w14:textId="77777777" w:rsidR="00D01C62" w:rsidRPr="00CE5D55" w:rsidRDefault="00D01C62" w:rsidP="00A805F7">
      <w:pPr>
        <w:rPr>
          <w:sz w:val="24"/>
          <w:szCs w:val="24"/>
        </w:rPr>
      </w:pPr>
    </w:p>
    <w:p w14:paraId="4CFC8B38" w14:textId="257808D4" w:rsidR="00E671C9" w:rsidRDefault="00467604" w:rsidP="009F7EF3">
      <w:pPr>
        <w:rPr>
          <w:sz w:val="24"/>
          <w:szCs w:val="24"/>
        </w:rPr>
      </w:pPr>
      <w:r w:rsidRPr="00CE5D55">
        <w:rPr>
          <w:sz w:val="24"/>
          <w:szCs w:val="24"/>
        </w:rPr>
        <w:t>1</w:t>
      </w:r>
      <w:r w:rsidR="00022D6B" w:rsidRPr="00CE5D55">
        <w:rPr>
          <w:sz w:val="24"/>
          <w:szCs w:val="24"/>
        </w:rPr>
        <w:t>3</w:t>
      </w:r>
      <w:r w:rsidRPr="00CE5D55">
        <w:rPr>
          <w:sz w:val="24"/>
          <w:szCs w:val="24"/>
        </w:rPr>
        <w:t>:00 – 1</w:t>
      </w:r>
      <w:r w:rsidR="00022D6B" w:rsidRPr="00CE5D55">
        <w:rPr>
          <w:sz w:val="24"/>
          <w:szCs w:val="24"/>
        </w:rPr>
        <w:t>4</w:t>
      </w:r>
      <w:r w:rsidRPr="00CE5D55">
        <w:rPr>
          <w:sz w:val="24"/>
          <w:szCs w:val="24"/>
        </w:rPr>
        <w:t xml:space="preserve">:30 | Parallel Sessions </w:t>
      </w:r>
    </w:p>
    <w:p w14:paraId="7BC4C7C7" w14:textId="47311E52" w:rsidR="000065D5" w:rsidRDefault="000065D5" w:rsidP="009F7EF3">
      <w:pPr>
        <w:rPr>
          <w:sz w:val="24"/>
          <w:szCs w:val="24"/>
        </w:rPr>
      </w:pPr>
    </w:p>
    <w:p w14:paraId="292D5DD9" w14:textId="77777777" w:rsidR="000065D5" w:rsidRDefault="000065D5" w:rsidP="009F7EF3">
      <w:pPr>
        <w:rPr>
          <w:sz w:val="24"/>
          <w:szCs w:val="24"/>
        </w:rPr>
        <w:sectPr w:rsidR="000065D5" w:rsidSect="009F7EF3">
          <w:headerReference w:type="default" r:id="rId8"/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tbl>
      <w:tblPr>
        <w:tblStyle w:val="MediumGrid3-Accent3"/>
        <w:tblW w:w="10349" w:type="dxa"/>
        <w:jc w:val="center"/>
        <w:tblLook w:val="0220" w:firstRow="1" w:lastRow="0" w:firstColumn="0" w:lastColumn="0" w:noHBand="1" w:noVBand="0"/>
      </w:tblPr>
      <w:tblGrid>
        <w:gridCol w:w="3449"/>
        <w:gridCol w:w="3450"/>
        <w:gridCol w:w="3450"/>
      </w:tblGrid>
      <w:tr w:rsidR="001407A4" w:rsidRPr="00B1624E" w14:paraId="319B4BA8" w14:textId="77777777" w:rsidTr="007309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</w:tcPr>
          <w:p w14:paraId="3A703ED3" w14:textId="77777777" w:rsidR="00E671C9" w:rsidRPr="00B1624E" w:rsidRDefault="00467604">
            <w:r w:rsidRPr="00B1624E">
              <w:rPr>
                <w:b w:val="0"/>
                <w:bCs w:val="0"/>
              </w:rPr>
              <w:t>Hall 1 – Session 1.1</w:t>
            </w:r>
            <w:r w:rsidRPr="00B1624E">
              <w:rPr>
                <w:b w:val="0"/>
                <w:bCs w:val="0"/>
              </w:rPr>
              <w:br/>
              <w:t>Cooperatives, Sustainability, and Environmental Transitions</w:t>
            </w:r>
          </w:p>
          <w:p w14:paraId="0F75D131" w14:textId="45A76D0D" w:rsidR="001407A4" w:rsidRPr="00B1624E" w:rsidRDefault="001407A4">
            <w:pPr>
              <w:rPr>
                <w:b w:val="0"/>
                <w:bCs w:val="0"/>
              </w:rPr>
            </w:pPr>
            <w:r w:rsidRPr="00B1624E">
              <w:rPr>
                <w:b w:val="0"/>
                <w:bCs w:val="0"/>
              </w:rPr>
              <w:t>Moderator – Prof. Rayna Dimitrova, PhD</w:t>
            </w:r>
          </w:p>
        </w:tc>
        <w:tc>
          <w:tcPr>
            <w:tcW w:w="3450" w:type="dxa"/>
          </w:tcPr>
          <w:p w14:paraId="09EAA26C" w14:textId="77777777" w:rsidR="00E671C9" w:rsidRPr="00B1624E" w:rsidRDefault="004676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b w:val="0"/>
                <w:bCs w:val="0"/>
              </w:rPr>
              <w:t>Hall 2 – Session 2.1</w:t>
            </w:r>
            <w:r w:rsidRPr="00B1624E">
              <w:rPr>
                <w:b w:val="0"/>
                <w:bCs w:val="0"/>
              </w:rPr>
              <w:br/>
              <w:t>Cooperatives, Innovation, and Sectoral Development</w:t>
            </w:r>
          </w:p>
          <w:p w14:paraId="35E70338" w14:textId="62430C39" w:rsidR="001407A4" w:rsidRPr="00B1624E" w:rsidRDefault="001407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1624E">
              <w:rPr>
                <w:b w:val="0"/>
                <w:bCs w:val="0"/>
              </w:rPr>
              <w:t xml:space="preserve">Moderator – Ivanka </w:t>
            </w:r>
            <w:proofErr w:type="spellStart"/>
            <w:r w:rsidRPr="00B1624E">
              <w:rPr>
                <w:b w:val="0"/>
                <w:bCs w:val="0"/>
              </w:rPr>
              <w:t>Vasenska</w:t>
            </w:r>
            <w:proofErr w:type="spellEnd"/>
            <w:r w:rsidRPr="00B1624E">
              <w:rPr>
                <w:b w:val="0"/>
                <w:bCs w:val="0"/>
              </w:rPr>
              <w:t>, PhD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</w:tcPr>
          <w:p w14:paraId="409E3826" w14:textId="77777777" w:rsidR="00E671C9" w:rsidRPr="00B1624E" w:rsidRDefault="00467604">
            <w:r w:rsidRPr="00B1624E">
              <w:rPr>
                <w:b w:val="0"/>
                <w:bCs w:val="0"/>
              </w:rPr>
              <w:t>Hall 3 – Session 3.1</w:t>
            </w:r>
            <w:r w:rsidRPr="00B1624E">
              <w:rPr>
                <w:b w:val="0"/>
                <w:bCs w:val="0"/>
              </w:rPr>
              <w:br/>
              <w:t>Cooperatives, Policies, and Social Inclusion</w:t>
            </w:r>
          </w:p>
          <w:p w14:paraId="7A733A94" w14:textId="201C4C1B" w:rsidR="009D4E94" w:rsidRPr="00B1624E" w:rsidRDefault="001407A4">
            <w:r w:rsidRPr="00B1624E">
              <w:rPr>
                <w:b w:val="0"/>
                <w:bCs w:val="0"/>
              </w:rPr>
              <w:t xml:space="preserve">Moderator </w:t>
            </w:r>
            <w:r w:rsidR="009D4E94" w:rsidRPr="00B1624E">
              <w:rPr>
                <w:b w:val="0"/>
                <w:bCs w:val="0"/>
              </w:rPr>
              <w:t>–</w:t>
            </w:r>
            <w:r w:rsidRPr="00B1624E">
              <w:rPr>
                <w:b w:val="0"/>
                <w:bCs w:val="0"/>
              </w:rPr>
              <w:t xml:space="preserve"> </w:t>
            </w:r>
            <w:r w:rsidR="00770A24" w:rsidRPr="00B1624E">
              <w:rPr>
                <w:b w:val="0"/>
                <w:bCs w:val="0"/>
              </w:rPr>
              <w:t xml:space="preserve">Prof. Milena </w:t>
            </w:r>
            <w:proofErr w:type="spellStart"/>
            <w:r w:rsidR="00770A24" w:rsidRPr="00B1624E">
              <w:rPr>
                <w:b w:val="0"/>
                <w:bCs w:val="0"/>
              </w:rPr>
              <w:t>Filipova</w:t>
            </w:r>
            <w:proofErr w:type="spellEnd"/>
            <w:r w:rsidR="00770A24" w:rsidRPr="00B1624E">
              <w:rPr>
                <w:b w:val="0"/>
                <w:bCs w:val="0"/>
              </w:rPr>
              <w:t xml:space="preserve">, PhD </w:t>
            </w:r>
          </w:p>
        </w:tc>
      </w:tr>
      <w:tr w:rsidR="00E671C9" w:rsidRPr="00B1624E" w14:paraId="5F1FDDEE" w14:textId="77777777" w:rsidTr="0073098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</w:tcPr>
          <w:p w14:paraId="2DB24AAB" w14:textId="7515D2D2" w:rsidR="00E671C9" w:rsidRPr="00B1624E" w:rsidRDefault="004E3958">
            <w:r w:rsidRPr="00B1624E">
              <w:rPr>
                <w:i/>
                <w:iCs/>
              </w:rPr>
              <w:t>Tourism Education in the Focus of Sustainability</w:t>
            </w:r>
            <w:r w:rsidRPr="00B1624E">
              <w:t xml:space="preserve"> — Prof. </w:t>
            </w:r>
            <w:proofErr w:type="spellStart"/>
            <w:r w:rsidRPr="00B1624E">
              <w:t>Mariya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Stankova</w:t>
            </w:r>
            <w:proofErr w:type="spellEnd"/>
            <w:r w:rsidRPr="00B1624E">
              <w:t>, PhD</w:t>
            </w:r>
          </w:p>
        </w:tc>
        <w:tc>
          <w:tcPr>
            <w:tcW w:w="3450" w:type="dxa"/>
          </w:tcPr>
          <w:p w14:paraId="2BE74569" w14:textId="68054F14" w:rsidR="00E671C9" w:rsidRPr="00B1624E" w:rsidRDefault="00313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i/>
                <w:iCs/>
              </w:rPr>
              <w:t>Bulgarian Cooperatives and Jewish Kibbutz: A Comparative Study</w:t>
            </w:r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of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Their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Role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and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Significance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in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a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Socio-Economic</w:t>
            </w:r>
            <w:proofErr w:type="spellEnd"/>
            <w:r w:rsidR="00263198"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="00263198" w:rsidRPr="00B1624E">
              <w:rPr>
                <w:i/>
                <w:iCs/>
                <w:lang w:val="bg-BG"/>
              </w:rPr>
              <w:t>Context</w:t>
            </w:r>
            <w:proofErr w:type="spellEnd"/>
            <w:r w:rsidR="00263198" w:rsidRPr="00B1624E">
              <w:t xml:space="preserve"> </w:t>
            </w:r>
            <w:r w:rsidRPr="00B1624E">
              <w:t xml:space="preserve">— Assoc. Prof. Elena </w:t>
            </w:r>
            <w:proofErr w:type="spellStart"/>
            <w:r w:rsidRPr="00B1624E">
              <w:t>Stavrova</w:t>
            </w:r>
            <w:proofErr w:type="spellEnd"/>
            <w:r w:rsidRPr="00B1624E">
              <w:t>, PhD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</w:tcPr>
          <w:p w14:paraId="625E84F7" w14:textId="3983BB8B" w:rsidR="00E671C9" w:rsidRPr="00B1624E" w:rsidRDefault="00DC63D2">
            <w:pPr>
              <w:rPr>
                <w:lang w:val="bg-BG"/>
              </w:rPr>
            </w:pPr>
            <w:r w:rsidRPr="00B1624E">
              <w:rPr>
                <w:i/>
                <w:iCs/>
              </w:rPr>
              <w:t>Towards Inclusive, Collaborative, and Community-Engaged Learning Models</w:t>
            </w:r>
            <w:r w:rsidRPr="00B1624E">
              <w:t xml:space="preserve"> — </w:t>
            </w:r>
            <w:proofErr w:type="spellStart"/>
            <w:r w:rsidRPr="00B1624E">
              <w:t>Vesela</w:t>
            </w:r>
            <w:proofErr w:type="spellEnd"/>
            <w:r w:rsidRPr="00B1624E">
              <w:t xml:space="preserve"> Ivanova, PhD</w:t>
            </w:r>
          </w:p>
        </w:tc>
      </w:tr>
      <w:tr w:rsidR="00EB034C" w:rsidRPr="00B1624E" w14:paraId="1A1F0FF2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shd w:val="clear" w:color="auto" w:fill="auto"/>
          </w:tcPr>
          <w:p w14:paraId="6FB162D7" w14:textId="77777777" w:rsidR="00EB034C" w:rsidRPr="00B1624E" w:rsidRDefault="00EB034C">
            <w:pPr>
              <w:rPr>
                <w:i/>
                <w:iCs/>
              </w:rPr>
            </w:pPr>
          </w:p>
        </w:tc>
        <w:tc>
          <w:tcPr>
            <w:tcW w:w="3450" w:type="dxa"/>
            <w:shd w:val="clear" w:color="auto" w:fill="auto"/>
          </w:tcPr>
          <w:p w14:paraId="0329D0BD" w14:textId="77777777" w:rsidR="00EB034C" w:rsidRPr="00B1624E" w:rsidRDefault="00EB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  <w:shd w:val="clear" w:color="auto" w:fill="auto"/>
          </w:tcPr>
          <w:p w14:paraId="7639953C" w14:textId="77777777" w:rsidR="00EB034C" w:rsidRPr="00B1624E" w:rsidRDefault="00EB034C">
            <w:pPr>
              <w:rPr>
                <w:i/>
                <w:iCs/>
              </w:rPr>
            </w:pPr>
          </w:p>
        </w:tc>
      </w:tr>
      <w:tr w:rsidR="00E671C9" w:rsidRPr="00B1624E" w14:paraId="078AF4C8" w14:textId="77777777" w:rsidTr="0073098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</w:tcPr>
          <w:p w14:paraId="2A258338" w14:textId="0252D2CC" w:rsidR="00D01C62" w:rsidRPr="00B1624E" w:rsidRDefault="004E3958" w:rsidP="00D01C62">
            <w:pPr>
              <w:rPr>
                <w:lang w:val="bg-BG"/>
              </w:rPr>
            </w:pPr>
            <w:r w:rsidRPr="00B1624E">
              <w:rPr>
                <w:i/>
                <w:iCs/>
              </w:rPr>
              <w:t>Peer-to-peer (P2P) insurance – a novelty or a digital return to cooperative financial practices</w:t>
            </w:r>
            <w:r w:rsidRPr="00B1624E">
              <w:t xml:space="preserve"> - Assoc. Prof. Vladimir </w:t>
            </w:r>
            <w:proofErr w:type="spellStart"/>
            <w:r w:rsidRPr="00B1624E">
              <w:t>Tsenkov</w:t>
            </w:r>
            <w:proofErr w:type="spellEnd"/>
            <w:r w:rsidRPr="00B1624E">
              <w:t>, PhD</w:t>
            </w:r>
            <w:r w:rsidRPr="00B1624E">
              <w:rPr>
                <w:i/>
                <w:iCs/>
              </w:rPr>
              <w:t xml:space="preserve"> </w:t>
            </w:r>
          </w:p>
          <w:p w14:paraId="6491EA5F" w14:textId="1448C8E0" w:rsidR="00E671C9" w:rsidRPr="00B1624E" w:rsidRDefault="00E671C9"/>
        </w:tc>
        <w:tc>
          <w:tcPr>
            <w:tcW w:w="3450" w:type="dxa"/>
          </w:tcPr>
          <w:p w14:paraId="4CD92277" w14:textId="4FACCF80" w:rsidR="00E671C9" w:rsidRPr="00EB034C" w:rsidRDefault="00EB034C" w:rsidP="00EB034C">
            <w:pPr>
              <w:pStyle w:val="HTMLPreformatted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</w:pP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Worker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Producers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`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Cooperatives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are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not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and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cannot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be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star</w:t>
            </w:r>
            <w:proofErr w:type="spellEnd"/>
            <w:r w:rsidR="00C10258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t-up</w:t>
            </w:r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>companies</w:t>
            </w:r>
            <w:proofErr w:type="spellEnd"/>
            <w:r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–</w:t>
            </w:r>
            <w:r w:rsidRPr="00EB034C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>Prof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>Stefan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 xml:space="preserve">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>Michev</w:t>
            </w:r>
            <w:proofErr w:type="spellEnd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 xml:space="preserve">, </w:t>
            </w:r>
            <w:proofErr w:type="spellStart"/>
            <w:r w:rsidRPr="00EB034C">
              <w:rPr>
                <w:rFonts w:asciiTheme="minorHAnsi" w:eastAsiaTheme="minorEastAsia" w:hAnsiTheme="minorHAnsi" w:cstheme="minorBidi"/>
                <w:sz w:val="22"/>
                <w:szCs w:val="22"/>
                <w:lang w:val="bg-BG"/>
              </w:rPr>
              <w:t>PhD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</w:tcPr>
          <w:p w14:paraId="410C14E9" w14:textId="273B372F" w:rsidR="00E671C9" w:rsidRPr="00B1624E" w:rsidRDefault="00467604">
            <w:r w:rsidRPr="00B1624E">
              <w:rPr>
                <w:i/>
                <w:iCs/>
              </w:rPr>
              <w:t>Employment and Social Inclusion for People with Severe Mental Illness</w:t>
            </w:r>
            <w:r w:rsidRPr="00B1624E">
              <w:t xml:space="preserve"> —Maria </w:t>
            </w:r>
            <w:proofErr w:type="spellStart"/>
            <w:r w:rsidRPr="00B1624E">
              <w:t>Stoykova</w:t>
            </w:r>
            <w:proofErr w:type="spellEnd"/>
            <w:r w:rsidRPr="00B1624E">
              <w:t>, PhD</w:t>
            </w:r>
          </w:p>
        </w:tc>
      </w:tr>
      <w:tr w:rsidR="00EB034C" w:rsidRPr="00B1624E" w14:paraId="3EB7226F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shd w:val="clear" w:color="auto" w:fill="auto"/>
          </w:tcPr>
          <w:p w14:paraId="1CBD02FC" w14:textId="77777777" w:rsidR="00EB034C" w:rsidRPr="00B1624E" w:rsidRDefault="00EB034C" w:rsidP="00D01C62">
            <w:pPr>
              <w:rPr>
                <w:i/>
                <w:iCs/>
              </w:rPr>
            </w:pPr>
          </w:p>
        </w:tc>
        <w:tc>
          <w:tcPr>
            <w:tcW w:w="3450" w:type="dxa"/>
            <w:shd w:val="clear" w:color="auto" w:fill="auto"/>
          </w:tcPr>
          <w:p w14:paraId="1A283D77" w14:textId="77777777" w:rsidR="00EB034C" w:rsidRPr="00EB034C" w:rsidRDefault="00EB034C" w:rsidP="00EB034C">
            <w:pPr>
              <w:pStyle w:val="HTMLPreformatted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bg-B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  <w:shd w:val="clear" w:color="auto" w:fill="auto"/>
          </w:tcPr>
          <w:p w14:paraId="14CAAF63" w14:textId="77777777" w:rsidR="00EB034C" w:rsidRPr="00B1624E" w:rsidRDefault="00EB034C">
            <w:pPr>
              <w:rPr>
                <w:i/>
                <w:iCs/>
              </w:rPr>
            </w:pPr>
          </w:p>
        </w:tc>
      </w:tr>
      <w:tr w:rsidR="00E671C9" w:rsidRPr="00B1624E" w14:paraId="57889DA0" w14:textId="77777777" w:rsidTr="0073098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</w:tcPr>
          <w:p w14:paraId="78DD50BA" w14:textId="62B8981D" w:rsidR="00E671C9" w:rsidRPr="00B1624E" w:rsidRDefault="00D01C62">
            <w:r w:rsidRPr="00B1624E">
              <w:rPr>
                <w:i/>
                <w:iCs/>
              </w:rPr>
              <w:t>The Cost of Inconvenience and Deprivation of Climate Change</w:t>
            </w:r>
            <w:r w:rsidRPr="00B1624E">
              <w:t xml:space="preserve"> — Leona </w:t>
            </w:r>
            <w:proofErr w:type="spellStart"/>
            <w:r w:rsidRPr="00B1624E">
              <w:t>Aslanova</w:t>
            </w:r>
            <w:proofErr w:type="spellEnd"/>
            <w:r w:rsidRPr="00B1624E">
              <w:t>, PhD</w:t>
            </w:r>
          </w:p>
        </w:tc>
        <w:tc>
          <w:tcPr>
            <w:tcW w:w="3450" w:type="dxa"/>
          </w:tcPr>
          <w:p w14:paraId="5D6EF8FD" w14:textId="37FE9C65" w:rsidR="00E671C9" w:rsidRPr="00B1624E" w:rsidRDefault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i/>
                <w:iCs/>
              </w:rPr>
              <w:t xml:space="preserve">From Green to Luxury Hospitality: A Case of </w:t>
            </w:r>
            <w:proofErr w:type="spellStart"/>
            <w:r w:rsidRPr="00B1624E">
              <w:rPr>
                <w:i/>
                <w:iCs/>
              </w:rPr>
              <w:t>Zornitza</w:t>
            </w:r>
            <w:proofErr w:type="spellEnd"/>
            <w:r w:rsidRPr="00B1624E">
              <w:rPr>
                <w:i/>
                <w:iCs/>
              </w:rPr>
              <w:t xml:space="preserve"> Family Estate </w:t>
            </w:r>
            <w:proofErr w:type="spellStart"/>
            <w:r w:rsidRPr="00B1624E">
              <w:rPr>
                <w:i/>
                <w:iCs/>
              </w:rPr>
              <w:t>Relais</w:t>
            </w:r>
            <w:proofErr w:type="spellEnd"/>
            <w:r w:rsidRPr="00B1624E">
              <w:rPr>
                <w:i/>
                <w:iCs/>
              </w:rPr>
              <w:t xml:space="preserve"> &amp; Châteaux</w:t>
            </w:r>
            <w:r w:rsidRPr="00B1624E">
              <w:t xml:space="preserve"> — Assoc. Prof. Gergana </w:t>
            </w:r>
            <w:proofErr w:type="spellStart"/>
            <w:r w:rsidRPr="00B1624E">
              <w:t>Angelova</w:t>
            </w:r>
            <w:proofErr w:type="spellEnd"/>
            <w:r w:rsidRPr="00B1624E">
              <w:t>, PhD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</w:tcPr>
          <w:p w14:paraId="0552E0D9" w14:textId="29D6D72D" w:rsidR="00E671C9" w:rsidRPr="00B1624E" w:rsidRDefault="00467604">
            <w:r w:rsidRPr="00B1624E">
              <w:rPr>
                <w:i/>
                <w:iCs/>
              </w:rPr>
              <w:t>Social Enterprise – An Employment Opportunity for People with Mental Disabilities</w:t>
            </w:r>
            <w:r w:rsidRPr="00B1624E">
              <w:t xml:space="preserve"> —</w:t>
            </w:r>
            <w:r w:rsidR="00022D6B" w:rsidRPr="00B1624E">
              <w:t xml:space="preserve"> </w:t>
            </w:r>
            <w:r w:rsidRPr="00B1624E">
              <w:t xml:space="preserve">Maria </w:t>
            </w:r>
            <w:proofErr w:type="spellStart"/>
            <w:r w:rsidRPr="00B1624E">
              <w:t>Stoykova</w:t>
            </w:r>
            <w:proofErr w:type="spellEnd"/>
            <w:r w:rsidRPr="00B1624E">
              <w:t>, PhD</w:t>
            </w:r>
          </w:p>
        </w:tc>
      </w:tr>
      <w:tr w:rsidR="00EB034C" w:rsidRPr="00B1624E" w14:paraId="47282B44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shd w:val="clear" w:color="auto" w:fill="auto"/>
          </w:tcPr>
          <w:p w14:paraId="71274B78" w14:textId="77777777" w:rsidR="00EB034C" w:rsidRPr="00B1624E" w:rsidRDefault="00EB034C">
            <w:pPr>
              <w:rPr>
                <w:i/>
                <w:iCs/>
              </w:rPr>
            </w:pPr>
          </w:p>
        </w:tc>
        <w:tc>
          <w:tcPr>
            <w:tcW w:w="3450" w:type="dxa"/>
            <w:shd w:val="clear" w:color="auto" w:fill="auto"/>
          </w:tcPr>
          <w:p w14:paraId="0B872E23" w14:textId="77777777" w:rsidR="00EB034C" w:rsidRPr="00B1624E" w:rsidRDefault="00EB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  <w:shd w:val="clear" w:color="auto" w:fill="auto"/>
          </w:tcPr>
          <w:p w14:paraId="5C01ABC9" w14:textId="77777777" w:rsidR="00EB034C" w:rsidRPr="00B1624E" w:rsidRDefault="00EB034C">
            <w:pPr>
              <w:rPr>
                <w:i/>
                <w:iCs/>
              </w:rPr>
            </w:pPr>
          </w:p>
        </w:tc>
      </w:tr>
      <w:tr w:rsidR="00D01C62" w:rsidRPr="00B1624E" w14:paraId="7C1C2B64" w14:textId="77777777" w:rsidTr="0073098D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</w:tcPr>
          <w:p w14:paraId="2F13F731" w14:textId="3E6D9B0D" w:rsidR="00D01C62" w:rsidRPr="00B1624E" w:rsidRDefault="004E3958" w:rsidP="00D01C62">
            <w:pPr>
              <w:rPr>
                <w:lang w:val="bg-BG"/>
              </w:rPr>
            </w:pPr>
            <w:r w:rsidRPr="00B1624E">
              <w:rPr>
                <w:i/>
                <w:iCs/>
              </w:rPr>
              <w:t>The Role of Cooperatives for Sustainable Growth</w:t>
            </w:r>
            <w:r w:rsidRPr="00B1624E">
              <w:t xml:space="preserve"> — </w:t>
            </w:r>
            <w:proofErr w:type="spellStart"/>
            <w:r w:rsidRPr="00B1624E">
              <w:t>Radostina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Yuleva-Chuchulayna</w:t>
            </w:r>
            <w:proofErr w:type="spellEnd"/>
            <w:r w:rsidRPr="00B1624E">
              <w:t>, PhD</w:t>
            </w:r>
          </w:p>
        </w:tc>
        <w:tc>
          <w:tcPr>
            <w:tcW w:w="3450" w:type="dxa"/>
          </w:tcPr>
          <w:p w14:paraId="2BFED424" w14:textId="1240F2BE" w:rsidR="00D01C62" w:rsidRPr="00B1624E" w:rsidRDefault="00D01C62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i/>
                <w:iCs/>
              </w:rPr>
              <w:t>Energy Communities in Bulgaria – A Look from the Inside</w:t>
            </w:r>
            <w:r w:rsidRPr="00B1624E">
              <w:t xml:space="preserve"> — </w:t>
            </w:r>
            <w:proofErr w:type="spellStart"/>
            <w:r w:rsidRPr="00B1624E">
              <w:t>Gavrail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Gavrailov</w:t>
            </w:r>
            <w:proofErr w:type="spellEnd"/>
            <w:r w:rsidRPr="00B1624E">
              <w:t>, PhD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50" w:type="dxa"/>
          </w:tcPr>
          <w:p w14:paraId="6A1D2B8A" w14:textId="0023FA0D" w:rsidR="00D01C62" w:rsidRPr="00B1624E" w:rsidRDefault="00D01C62" w:rsidP="00D01C62">
            <w:r w:rsidRPr="00B1624E">
              <w:rPr>
                <w:i/>
                <w:iCs/>
              </w:rPr>
              <w:t>Importance of Cooperatives in China’s Economy: What Chinese Economists Say</w:t>
            </w:r>
            <w:r w:rsidRPr="00B1624E">
              <w:t xml:space="preserve"> — Nikolay </w:t>
            </w:r>
            <w:proofErr w:type="spellStart"/>
            <w:r w:rsidRPr="00B1624E">
              <w:t>Patonov</w:t>
            </w:r>
            <w:proofErr w:type="spellEnd"/>
            <w:r w:rsidRPr="00B1624E">
              <w:t>, PhD</w:t>
            </w:r>
            <w:r w:rsidRPr="00B1624E">
              <w:rPr>
                <w:lang w:val="bg-BG"/>
              </w:rPr>
              <w:t xml:space="preserve"> </w:t>
            </w:r>
          </w:p>
        </w:tc>
      </w:tr>
    </w:tbl>
    <w:p w14:paraId="376B1B9E" w14:textId="1B7CBAEB" w:rsidR="0073098D" w:rsidRDefault="0073098D">
      <w:pPr>
        <w:rPr>
          <w:sz w:val="24"/>
          <w:szCs w:val="24"/>
        </w:rPr>
      </w:pPr>
    </w:p>
    <w:p w14:paraId="1B1B82B2" w14:textId="77777777" w:rsidR="00D01C62" w:rsidRDefault="00D01C62">
      <w:pPr>
        <w:rPr>
          <w:sz w:val="24"/>
          <w:szCs w:val="24"/>
        </w:rPr>
      </w:pPr>
    </w:p>
    <w:p w14:paraId="6CC4A1A2" w14:textId="230F3F29" w:rsidR="00E671C9" w:rsidRDefault="00467604">
      <w:pPr>
        <w:rPr>
          <w:sz w:val="24"/>
          <w:szCs w:val="24"/>
        </w:rPr>
      </w:pPr>
      <w:r w:rsidRPr="00CE5D55">
        <w:rPr>
          <w:sz w:val="24"/>
          <w:szCs w:val="24"/>
        </w:rPr>
        <w:t>1</w:t>
      </w:r>
      <w:r w:rsidR="00022D6B" w:rsidRPr="00CE5D55">
        <w:rPr>
          <w:sz w:val="24"/>
          <w:szCs w:val="24"/>
        </w:rPr>
        <w:t>4</w:t>
      </w:r>
      <w:r w:rsidRPr="00CE5D55">
        <w:rPr>
          <w:sz w:val="24"/>
          <w:szCs w:val="24"/>
        </w:rPr>
        <w:t>:30 – 1</w:t>
      </w:r>
      <w:r w:rsidR="00022D6B" w:rsidRPr="00CE5D55">
        <w:rPr>
          <w:sz w:val="24"/>
          <w:szCs w:val="24"/>
        </w:rPr>
        <w:t>5</w:t>
      </w:r>
      <w:r w:rsidRPr="00CE5D55">
        <w:rPr>
          <w:sz w:val="24"/>
          <w:szCs w:val="24"/>
        </w:rPr>
        <w:t>:</w:t>
      </w:r>
      <w:r w:rsidR="00022D6B" w:rsidRPr="00CE5D55">
        <w:rPr>
          <w:sz w:val="24"/>
          <w:szCs w:val="24"/>
        </w:rPr>
        <w:t>0</w:t>
      </w:r>
      <w:r w:rsidRPr="00CE5D55">
        <w:rPr>
          <w:sz w:val="24"/>
          <w:szCs w:val="24"/>
        </w:rPr>
        <w:t xml:space="preserve">0 | </w:t>
      </w:r>
      <w:r w:rsidR="00022D6B" w:rsidRPr="00CE5D55">
        <w:rPr>
          <w:sz w:val="24"/>
          <w:szCs w:val="24"/>
        </w:rPr>
        <w:t>Coffee break</w:t>
      </w:r>
    </w:p>
    <w:p w14:paraId="79501456" w14:textId="77777777" w:rsidR="0073098D" w:rsidRPr="00CE5D55" w:rsidRDefault="0073098D">
      <w:pPr>
        <w:rPr>
          <w:sz w:val="24"/>
          <w:szCs w:val="24"/>
        </w:rPr>
      </w:pPr>
    </w:p>
    <w:p w14:paraId="4470EB3E" w14:textId="77777777" w:rsidR="009E3936" w:rsidRDefault="009E3936" w:rsidP="00D47876">
      <w:pPr>
        <w:rPr>
          <w:sz w:val="24"/>
          <w:szCs w:val="24"/>
        </w:rPr>
      </w:pPr>
    </w:p>
    <w:p w14:paraId="4E79B9DD" w14:textId="047981B0" w:rsidR="00E671C9" w:rsidRDefault="00467604" w:rsidP="00D47876">
      <w:pPr>
        <w:rPr>
          <w:sz w:val="24"/>
          <w:szCs w:val="24"/>
        </w:rPr>
      </w:pPr>
      <w:r w:rsidRPr="00CE5D55">
        <w:rPr>
          <w:sz w:val="24"/>
          <w:szCs w:val="24"/>
        </w:rPr>
        <w:t>1</w:t>
      </w:r>
      <w:r w:rsidR="00022D6B" w:rsidRPr="00CE5D55">
        <w:rPr>
          <w:sz w:val="24"/>
          <w:szCs w:val="24"/>
        </w:rPr>
        <w:t>5</w:t>
      </w:r>
      <w:r w:rsidRPr="00CE5D55">
        <w:rPr>
          <w:sz w:val="24"/>
          <w:szCs w:val="24"/>
        </w:rPr>
        <w:t>:</w:t>
      </w:r>
      <w:r w:rsidR="00022D6B" w:rsidRPr="00CE5D55">
        <w:rPr>
          <w:sz w:val="24"/>
          <w:szCs w:val="24"/>
        </w:rPr>
        <w:t>0</w:t>
      </w:r>
      <w:r w:rsidRPr="00CE5D55">
        <w:rPr>
          <w:sz w:val="24"/>
          <w:szCs w:val="24"/>
        </w:rPr>
        <w:t>0 – 1</w:t>
      </w:r>
      <w:r w:rsidR="00022D6B" w:rsidRPr="00CE5D55">
        <w:rPr>
          <w:sz w:val="24"/>
          <w:szCs w:val="24"/>
        </w:rPr>
        <w:t>6</w:t>
      </w:r>
      <w:r w:rsidRPr="00CE5D55">
        <w:rPr>
          <w:sz w:val="24"/>
          <w:szCs w:val="24"/>
        </w:rPr>
        <w:t>:</w:t>
      </w:r>
      <w:r w:rsidR="00022D6B" w:rsidRPr="00CE5D55">
        <w:rPr>
          <w:sz w:val="24"/>
          <w:szCs w:val="24"/>
        </w:rPr>
        <w:t>3</w:t>
      </w:r>
      <w:r w:rsidRPr="00CE5D55">
        <w:rPr>
          <w:sz w:val="24"/>
          <w:szCs w:val="24"/>
        </w:rPr>
        <w:t xml:space="preserve">0 | Parallel Sessions </w:t>
      </w:r>
    </w:p>
    <w:p w14:paraId="78B970FB" w14:textId="77777777" w:rsidR="0073098D" w:rsidRPr="00CE5D55" w:rsidRDefault="0073098D" w:rsidP="00D47876">
      <w:pPr>
        <w:rPr>
          <w:sz w:val="24"/>
          <w:szCs w:val="24"/>
        </w:rPr>
      </w:pPr>
    </w:p>
    <w:tbl>
      <w:tblPr>
        <w:tblStyle w:val="MediumGrid3-Accent3"/>
        <w:tblW w:w="9782" w:type="dxa"/>
        <w:jc w:val="center"/>
        <w:tblLook w:val="0220" w:firstRow="1" w:lastRow="0" w:firstColumn="0" w:lastColumn="0" w:noHBand="1" w:noVBand="0"/>
      </w:tblPr>
      <w:tblGrid>
        <w:gridCol w:w="5019"/>
        <w:gridCol w:w="4763"/>
      </w:tblGrid>
      <w:tr w:rsidR="00EB034C" w:rsidRPr="00B1624E" w14:paraId="0638E627" w14:textId="77777777" w:rsidTr="00EB03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2D593FCB" w14:textId="77777777" w:rsidR="00EB034C" w:rsidRPr="00B1624E" w:rsidRDefault="00EB034C">
            <w:r w:rsidRPr="00B1624E">
              <w:rPr>
                <w:b w:val="0"/>
                <w:bCs w:val="0"/>
              </w:rPr>
              <w:t>Hall 1 – Session 1.2</w:t>
            </w:r>
            <w:r w:rsidRPr="00B1624E">
              <w:rPr>
                <w:b w:val="0"/>
                <w:bCs w:val="0"/>
              </w:rPr>
              <w:br/>
              <w:t>Cooperatives, Sustainability, and Environmental Transitions</w:t>
            </w:r>
          </w:p>
          <w:p w14:paraId="2EDC306C" w14:textId="00152AFE" w:rsidR="00EB034C" w:rsidRPr="00B1624E" w:rsidRDefault="00EB034C">
            <w:pPr>
              <w:rPr>
                <w:b w:val="0"/>
                <w:bCs w:val="0"/>
              </w:rPr>
            </w:pPr>
            <w:r w:rsidRPr="00B1624E">
              <w:rPr>
                <w:b w:val="0"/>
                <w:bCs w:val="0"/>
              </w:rPr>
              <w:t xml:space="preserve">Moderator – Prof. </w:t>
            </w:r>
            <w:proofErr w:type="spellStart"/>
            <w:r w:rsidRPr="00B1624E">
              <w:rPr>
                <w:b w:val="0"/>
                <w:bCs w:val="0"/>
              </w:rPr>
              <w:t>Mariya</w:t>
            </w:r>
            <w:proofErr w:type="spellEnd"/>
            <w:r w:rsidRPr="00B1624E">
              <w:rPr>
                <w:b w:val="0"/>
                <w:bCs w:val="0"/>
              </w:rPr>
              <w:t xml:space="preserve"> </w:t>
            </w:r>
            <w:proofErr w:type="spellStart"/>
            <w:r w:rsidRPr="00B1624E">
              <w:rPr>
                <w:b w:val="0"/>
                <w:bCs w:val="0"/>
              </w:rPr>
              <w:t>Stankova</w:t>
            </w:r>
            <w:proofErr w:type="spellEnd"/>
            <w:r w:rsidRPr="00B1624E">
              <w:rPr>
                <w:b w:val="0"/>
                <w:bCs w:val="0"/>
              </w:rPr>
              <w:t>, PhD</w:t>
            </w:r>
          </w:p>
        </w:tc>
        <w:tc>
          <w:tcPr>
            <w:tcW w:w="4763" w:type="dxa"/>
          </w:tcPr>
          <w:p w14:paraId="732304E2" w14:textId="77777777" w:rsidR="00EB034C" w:rsidRPr="00B1624E" w:rsidRDefault="00EB03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b w:val="0"/>
                <w:bCs w:val="0"/>
              </w:rPr>
              <w:t>Hall 2 – Session 2.2</w:t>
            </w:r>
            <w:r w:rsidRPr="00B1624E">
              <w:rPr>
                <w:b w:val="0"/>
                <w:bCs w:val="0"/>
              </w:rPr>
              <w:br/>
              <w:t>Cooperatives, Innovation, and Sectoral Development</w:t>
            </w:r>
          </w:p>
          <w:p w14:paraId="503A709B" w14:textId="7C1EF1C6" w:rsidR="00EB034C" w:rsidRPr="00B1624E" w:rsidRDefault="00EB03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B1624E">
              <w:rPr>
                <w:b w:val="0"/>
                <w:bCs w:val="0"/>
              </w:rPr>
              <w:t>Moderator – Assoc. Prof. Ilinka Terziyska, PhD</w:t>
            </w:r>
          </w:p>
        </w:tc>
      </w:tr>
      <w:tr w:rsidR="00EB034C" w:rsidRPr="00B1624E" w14:paraId="702F72AD" w14:textId="77777777" w:rsidTr="00EB034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6CADA4A7" w14:textId="01898157" w:rsidR="00EB034C" w:rsidRPr="00B1624E" w:rsidRDefault="00EB034C" w:rsidP="00D01C62">
            <w:r w:rsidRPr="00B1624E">
              <w:rPr>
                <w:i/>
                <w:iCs/>
              </w:rPr>
              <w:t>The Impact of Climate Change and Its Consequences on Tourism</w:t>
            </w:r>
            <w:r w:rsidRPr="00B1624E">
              <w:t xml:space="preserve"> in the Cross-Border Region of the Republic of North Macedonia and Bulgaria —Nikola </w:t>
            </w:r>
            <w:proofErr w:type="spellStart"/>
            <w:r w:rsidRPr="00B1624E">
              <w:t>Panov</w:t>
            </w:r>
            <w:proofErr w:type="spellEnd"/>
            <w:r w:rsidRPr="00B1624E">
              <w:t>, PhD Student</w:t>
            </w:r>
            <w:r w:rsidRPr="00B1624E">
              <w:rPr>
                <w:lang w:val="bg-BG"/>
              </w:rPr>
              <w:t xml:space="preserve">, </w:t>
            </w:r>
            <w:r w:rsidRPr="00B1624E">
              <w:t xml:space="preserve">Assoc. Prof. </w:t>
            </w:r>
            <w:proofErr w:type="spellStart"/>
            <w:r w:rsidRPr="00B1624E">
              <w:rPr>
                <w:lang w:val="bg-BG"/>
              </w:rPr>
              <w:t>Teodora</w:t>
            </w:r>
            <w:proofErr w:type="spellEnd"/>
            <w:r w:rsidRPr="00B1624E">
              <w:rPr>
                <w:lang w:val="bg-BG"/>
              </w:rPr>
              <w:t xml:space="preserve"> </w:t>
            </w:r>
            <w:proofErr w:type="spellStart"/>
            <w:r w:rsidRPr="00B1624E">
              <w:rPr>
                <w:lang w:val="bg-BG"/>
              </w:rPr>
              <w:t>Kiryakova-Dineva</w:t>
            </w:r>
            <w:proofErr w:type="spellEnd"/>
            <w:r w:rsidRPr="00B1624E">
              <w:t>, PhD</w:t>
            </w:r>
          </w:p>
        </w:tc>
        <w:tc>
          <w:tcPr>
            <w:tcW w:w="4763" w:type="dxa"/>
          </w:tcPr>
          <w:p w14:paraId="5C928238" w14:textId="0091436E" w:rsidR="00EB034C" w:rsidRPr="00B1624E" w:rsidRDefault="00C10258" w:rsidP="00C10258">
            <w:pPr>
              <w:pStyle w:val="HTMLPreformatt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0258"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 xml:space="preserve">Opportunities for deepening cooperation between regional police structures and </w:t>
            </w:r>
            <w:r w:rsidRPr="00C10258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>Worker Producers` Cooperatives</w:t>
            </w:r>
            <w:r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</w:rPr>
              <w:t xml:space="preserve"> –</w:t>
            </w:r>
            <w:r w:rsidRPr="00C10258"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 xml:space="preserve"> </w:t>
            </w:r>
            <w:r w:rsidRPr="00C10258"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 xml:space="preserve">Boris </w:t>
            </w:r>
            <w:proofErr w:type="spellStart"/>
            <w:r w:rsidRPr="00C10258"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>Shturkov</w:t>
            </w:r>
            <w:proofErr w:type="spellEnd"/>
            <w:r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>, PhD student</w:t>
            </w:r>
          </w:p>
        </w:tc>
      </w:tr>
      <w:tr w:rsidR="00C10258" w:rsidRPr="00B1624E" w14:paraId="78ED3D56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  <w:shd w:val="clear" w:color="auto" w:fill="auto"/>
          </w:tcPr>
          <w:p w14:paraId="2FB599C7" w14:textId="77777777" w:rsidR="00C10258" w:rsidRPr="00B1624E" w:rsidRDefault="00C10258" w:rsidP="00D01C62">
            <w:pPr>
              <w:rPr>
                <w:i/>
                <w:iCs/>
              </w:rPr>
            </w:pPr>
          </w:p>
        </w:tc>
        <w:tc>
          <w:tcPr>
            <w:tcW w:w="4763" w:type="dxa"/>
            <w:shd w:val="clear" w:color="auto" w:fill="auto"/>
          </w:tcPr>
          <w:p w14:paraId="64D921A9" w14:textId="77777777" w:rsidR="00C10258" w:rsidRPr="00C10258" w:rsidRDefault="00C10258" w:rsidP="00C10258">
            <w:pPr>
              <w:pStyle w:val="HTMLPreformatted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</w:pPr>
          </w:p>
        </w:tc>
      </w:tr>
      <w:tr w:rsidR="00EB034C" w:rsidRPr="00B1624E" w14:paraId="55D4F551" w14:textId="77777777" w:rsidTr="00EB034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674F3B2D" w14:textId="1333A360" w:rsidR="00EB034C" w:rsidRPr="00B1624E" w:rsidRDefault="00EB034C" w:rsidP="00D01C62">
            <w:r w:rsidRPr="00B1624E">
              <w:rPr>
                <w:i/>
                <w:iCs/>
              </w:rPr>
              <w:t>Artificial Intelligence and Its Role in Enhancing Economic Resilience in the EU</w:t>
            </w:r>
            <w:r w:rsidRPr="00B1624E">
              <w:t xml:space="preserve"> —</w:t>
            </w:r>
            <w:proofErr w:type="spellStart"/>
            <w:r w:rsidRPr="00B1624E">
              <w:t>Apostolia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Eleftheriou</w:t>
            </w:r>
            <w:proofErr w:type="spellEnd"/>
            <w:r w:rsidRPr="00B1624E">
              <w:t xml:space="preserve">, PhD Student  </w:t>
            </w:r>
          </w:p>
        </w:tc>
        <w:tc>
          <w:tcPr>
            <w:tcW w:w="4763" w:type="dxa"/>
          </w:tcPr>
          <w:p w14:paraId="659E0F94" w14:textId="3B6D3439" w:rsidR="00EB034C" w:rsidRPr="00B1624E" w:rsidRDefault="00EB034C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624E">
              <w:rPr>
                <w:i/>
                <w:iCs/>
              </w:rPr>
              <w:t>Cross-Sector Collaboration for Sustainable Wine Tourism in the Petrich and Sandanski Region, Southwestern Bulgaria</w:t>
            </w:r>
            <w:r w:rsidRPr="00B1624E">
              <w:t>—</w:t>
            </w:r>
            <w:proofErr w:type="spellStart"/>
            <w:r w:rsidRPr="00B1624E">
              <w:t>Svetoslava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Burova-Paspaleva</w:t>
            </w:r>
            <w:proofErr w:type="spellEnd"/>
            <w:r w:rsidRPr="00B1624E">
              <w:t>, PhD Student</w:t>
            </w:r>
          </w:p>
        </w:tc>
      </w:tr>
      <w:tr w:rsidR="00C10258" w:rsidRPr="00B1624E" w14:paraId="14F57243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  <w:shd w:val="clear" w:color="auto" w:fill="auto"/>
          </w:tcPr>
          <w:p w14:paraId="3068721A" w14:textId="77777777" w:rsidR="00C10258" w:rsidRPr="00B1624E" w:rsidRDefault="00C10258" w:rsidP="00D01C62">
            <w:pPr>
              <w:rPr>
                <w:i/>
                <w:iCs/>
              </w:rPr>
            </w:pPr>
          </w:p>
        </w:tc>
        <w:tc>
          <w:tcPr>
            <w:tcW w:w="4763" w:type="dxa"/>
            <w:shd w:val="clear" w:color="auto" w:fill="auto"/>
          </w:tcPr>
          <w:p w14:paraId="31EE1056" w14:textId="77777777" w:rsidR="00C10258" w:rsidRPr="00B1624E" w:rsidRDefault="00C10258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B034C" w:rsidRPr="00B1624E" w14:paraId="5AC356A1" w14:textId="77777777" w:rsidTr="00EB034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53C23E2F" w14:textId="5DC8AF98" w:rsidR="00EB034C" w:rsidRPr="00B1624E" w:rsidRDefault="00EB034C" w:rsidP="00D01C62">
            <w:pPr>
              <w:rPr>
                <w:i/>
                <w:iCs/>
              </w:rPr>
            </w:pPr>
            <w:proofErr w:type="spellStart"/>
            <w:r w:rsidRPr="00B1624E">
              <w:rPr>
                <w:i/>
                <w:iCs/>
                <w:lang w:val="bg-BG"/>
              </w:rPr>
              <w:t>Economic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Benefits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Of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Bulgarian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Marine </w:t>
            </w:r>
            <w:proofErr w:type="spellStart"/>
            <w:r w:rsidRPr="00B1624E">
              <w:rPr>
                <w:i/>
                <w:iCs/>
                <w:lang w:val="bg-BG"/>
              </w:rPr>
              <w:t>Tourism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Companies </w:t>
            </w:r>
            <w:proofErr w:type="spellStart"/>
            <w:r w:rsidRPr="00B1624E">
              <w:rPr>
                <w:i/>
                <w:iCs/>
                <w:lang w:val="bg-BG"/>
              </w:rPr>
              <w:t>From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Yachting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Investments </w:t>
            </w:r>
            <w:proofErr w:type="spellStart"/>
            <w:r w:rsidRPr="00B1624E">
              <w:rPr>
                <w:i/>
                <w:iCs/>
                <w:lang w:val="bg-BG"/>
              </w:rPr>
              <w:t>In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Greece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: </w:t>
            </w:r>
            <w:proofErr w:type="spellStart"/>
            <w:r w:rsidRPr="00B1624E">
              <w:rPr>
                <w:i/>
                <w:iCs/>
                <w:lang w:val="bg-BG"/>
              </w:rPr>
              <w:t>An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Alternative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Analysis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Beyond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The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Black </w:t>
            </w:r>
            <w:proofErr w:type="spellStart"/>
            <w:r w:rsidRPr="00B1624E">
              <w:rPr>
                <w:i/>
                <w:iCs/>
                <w:lang w:val="bg-BG"/>
              </w:rPr>
              <w:t>Sea</w:t>
            </w:r>
            <w:proofErr w:type="spellEnd"/>
            <w:r w:rsidRPr="00B1624E">
              <w:rPr>
                <w:i/>
                <w:iCs/>
              </w:rPr>
              <w:t xml:space="preserve"> - </w:t>
            </w:r>
            <w:r w:rsidRPr="00B1624E">
              <w:t xml:space="preserve">Alexandros Roland Antonopoulos, PhD Student, Prof. </w:t>
            </w:r>
            <w:proofErr w:type="spellStart"/>
            <w:r w:rsidRPr="00B1624E">
              <w:t>Mariya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Stankova</w:t>
            </w:r>
            <w:proofErr w:type="spellEnd"/>
            <w:r w:rsidRPr="00B1624E">
              <w:t>, PhD</w:t>
            </w:r>
          </w:p>
        </w:tc>
        <w:tc>
          <w:tcPr>
            <w:tcW w:w="4763" w:type="dxa"/>
          </w:tcPr>
          <w:p w14:paraId="5DD88390" w14:textId="12DF34E2" w:rsidR="00EB034C" w:rsidRPr="00B1624E" w:rsidRDefault="00EB034C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1624E">
              <w:rPr>
                <w:i/>
                <w:iCs/>
              </w:rPr>
              <w:t>Human Resource Management in Cooperatives</w:t>
            </w:r>
            <w:r w:rsidRPr="00B1624E">
              <w:t xml:space="preserve"> —</w:t>
            </w:r>
            <w:proofErr w:type="spellStart"/>
            <w:r w:rsidRPr="00B1624E">
              <w:t>Vesela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Apostolova</w:t>
            </w:r>
            <w:proofErr w:type="spellEnd"/>
            <w:r w:rsidRPr="00B1624E">
              <w:t>, PhD Student</w:t>
            </w:r>
          </w:p>
        </w:tc>
      </w:tr>
      <w:tr w:rsidR="00C10258" w:rsidRPr="00B1624E" w14:paraId="128F6CF1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  <w:shd w:val="clear" w:color="auto" w:fill="auto"/>
          </w:tcPr>
          <w:p w14:paraId="3CC83C6C" w14:textId="77777777" w:rsidR="00C10258" w:rsidRPr="00B1624E" w:rsidRDefault="00C10258" w:rsidP="00D01C62">
            <w:pPr>
              <w:rPr>
                <w:i/>
                <w:iCs/>
                <w:lang w:val="bg-BG"/>
              </w:rPr>
            </w:pPr>
          </w:p>
        </w:tc>
        <w:tc>
          <w:tcPr>
            <w:tcW w:w="4763" w:type="dxa"/>
            <w:shd w:val="clear" w:color="auto" w:fill="auto"/>
          </w:tcPr>
          <w:p w14:paraId="68C2C1BD" w14:textId="77777777" w:rsidR="00C10258" w:rsidRPr="00B1624E" w:rsidRDefault="00C10258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B034C" w:rsidRPr="00B1624E" w14:paraId="36F50EB1" w14:textId="77777777" w:rsidTr="00EB034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77E66A56" w14:textId="3FD69B98" w:rsidR="00EB034C" w:rsidRPr="00B1624E" w:rsidRDefault="00EB034C" w:rsidP="00D01C62">
            <w:pPr>
              <w:rPr>
                <w:i/>
                <w:iCs/>
                <w:lang w:val="bg-BG"/>
              </w:rPr>
            </w:pPr>
            <w:r w:rsidRPr="00B1624E">
              <w:rPr>
                <w:i/>
                <w:iCs/>
              </w:rPr>
              <w:t xml:space="preserve">Innovative Tourism Policy Solutions for Sustainable Development for Destination Bulgaria </w:t>
            </w:r>
            <w:r w:rsidRPr="00B1624E">
              <w:t>—</w:t>
            </w:r>
            <w:proofErr w:type="spellStart"/>
            <w:r w:rsidRPr="00B1624E">
              <w:t>Mariya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Belkoleva</w:t>
            </w:r>
            <w:proofErr w:type="spellEnd"/>
            <w:r w:rsidRPr="00B1624E">
              <w:t>, PhD Student</w:t>
            </w:r>
          </w:p>
        </w:tc>
        <w:tc>
          <w:tcPr>
            <w:tcW w:w="4763" w:type="dxa"/>
          </w:tcPr>
          <w:p w14:paraId="5D8A69F0" w14:textId="72417CE1" w:rsidR="00EB034C" w:rsidRPr="00B1624E" w:rsidRDefault="00EB034C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1624E">
              <w:rPr>
                <w:i/>
                <w:iCs/>
              </w:rPr>
              <w:t>The Digital Economy and the Fight Against the Use of the Financial System to Legalize Criminal Proceeds</w:t>
            </w:r>
            <w:r w:rsidRPr="00B1624E">
              <w:t xml:space="preserve"> —</w:t>
            </w:r>
            <w:proofErr w:type="spellStart"/>
            <w:r w:rsidRPr="00B1624E">
              <w:t>Stanislava</w:t>
            </w:r>
            <w:proofErr w:type="spellEnd"/>
            <w:r w:rsidRPr="00B1624E">
              <w:t xml:space="preserve"> </w:t>
            </w:r>
            <w:proofErr w:type="spellStart"/>
            <w:r w:rsidRPr="00B1624E">
              <w:t>Petrova</w:t>
            </w:r>
            <w:proofErr w:type="spellEnd"/>
            <w:r w:rsidRPr="00B1624E">
              <w:t>, PhD Student</w:t>
            </w:r>
          </w:p>
        </w:tc>
      </w:tr>
      <w:tr w:rsidR="00C10258" w:rsidRPr="00B1624E" w14:paraId="7FEE9F3F" w14:textId="77777777" w:rsidTr="00C10258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  <w:shd w:val="clear" w:color="auto" w:fill="auto"/>
          </w:tcPr>
          <w:p w14:paraId="50E5DB02" w14:textId="77777777" w:rsidR="00C10258" w:rsidRPr="00B1624E" w:rsidRDefault="00C10258" w:rsidP="00D01C62">
            <w:pPr>
              <w:rPr>
                <w:i/>
                <w:iCs/>
              </w:rPr>
            </w:pPr>
          </w:p>
        </w:tc>
        <w:tc>
          <w:tcPr>
            <w:tcW w:w="4763" w:type="dxa"/>
            <w:shd w:val="clear" w:color="auto" w:fill="auto"/>
          </w:tcPr>
          <w:p w14:paraId="1D0FBDBC" w14:textId="77777777" w:rsidR="00C10258" w:rsidRPr="00B1624E" w:rsidRDefault="00C10258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EB034C" w:rsidRPr="00B1624E" w14:paraId="56691D6F" w14:textId="77777777" w:rsidTr="00EB034C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19" w:type="dxa"/>
          </w:tcPr>
          <w:p w14:paraId="65D3F652" w14:textId="079AAA86" w:rsidR="00EB034C" w:rsidRPr="00B1624E" w:rsidRDefault="00C10258" w:rsidP="00D01C62">
            <w:pPr>
              <w:rPr>
                <w:lang w:val="bg-BG"/>
              </w:rPr>
            </w:pPr>
            <w:proofErr w:type="spellStart"/>
            <w:r w:rsidRPr="00B1624E">
              <w:rPr>
                <w:i/>
                <w:iCs/>
                <w:lang w:val="bg-BG"/>
              </w:rPr>
              <w:t>Corporate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Tax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Rejection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as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a </w:t>
            </w:r>
            <w:proofErr w:type="spellStart"/>
            <w:r w:rsidRPr="00B1624E">
              <w:rPr>
                <w:i/>
                <w:iCs/>
                <w:lang w:val="bg-BG"/>
              </w:rPr>
              <w:t>measure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to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stimulate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economic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 </w:t>
            </w:r>
            <w:proofErr w:type="spellStart"/>
            <w:r w:rsidRPr="00B1624E">
              <w:rPr>
                <w:i/>
                <w:iCs/>
                <w:lang w:val="bg-BG"/>
              </w:rPr>
              <w:t>growth</w:t>
            </w:r>
            <w:proofErr w:type="spellEnd"/>
            <w:r w:rsidRPr="00B1624E">
              <w:rPr>
                <w:i/>
                <w:iCs/>
                <w:lang w:val="bg-BG"/>
              </w:rPr>
              <w:t xml:space="preserve">. </w:t>
            </w:r>
            <w:r w:rsidRPr="00B1624E">
              <w:t xml:space="preserve">- Yanko </w:t>
            </w:r>
            <w:proofErr w:type="spellStart"/>
            <w:r w:rsidRPr="00B1624E">
              <w:t>Mihalkov</w:t>
            </w:r>
            <w:proofErr w:type="spellEnd"/>
            <w:r w:rsidRPr="00B1624E">
              <w:t>, PhD Student</w:t>
            </w:r>
          </w:p>
        </w:tc>
        <w:tc>
          <w:tcPr>
            <w:tcW w:w="4763" w:type="dxa"/>
          </w:tcPr>
          <w:p w14:paraId="0F9D9616" w14:textId="17B893D5" w:rsidR="00EB034C" w:rsidRPr="00B1624E" w:rsidRDefault="00EB034C" w:rsidP="00D01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bg-BG"/>
              </w:rPr>
            </w:pPr>
            <w:r w:rsidRPr="00B1624E">
              <w:rPr>
                <w:i/>
                <w:iCs/>
              </w:rPr>
              <w:t>Tourism Cooperatives: Benefits, Challenges, and Good Practices from a Narrative Literature Review</w:t>
            </w:r>
            <w:r w:rsidRPr="00B1624E">
              <w:t xml:space="preserve"> — Assoc. Prof. Ilinka Terziyska, PhD</w:t>
            </w:r>
            <w:r w:rsidRPr="00B1624E">
              <w:rPr>
                <w:i/>
                <w:iCs/>
                <w:lang w:val="bg-BG"/>
              </w:rPr>
              <w:t xml:space="preserve"> </w:t>
            </w:r>
          </w:p>
        </w:tc>
      </w:tr>
    </w:tbl>
    <w:p w14:paraId="1BA12A5B" w14:textId="77777777" w:rsidR="00CF0D29" w:rsidRDefault="00CF0D29">
      <w:pPr>
        <w:rPr>
          <w:lang w:val="bg-BG"/>
        </w:rPr>
      </w:pPr>
    </w:p>
    <w:p w14:paraId="14B6A904" w14:textId="128B44D2" w:rsidR="00BF3085" w:rsidRPr="00CE5D55" w:rsidRDefault="00467604">
      <w:pPr>
        <w:rPr>
          <w:sz w:val="24"/>
          <w:szCs w:val="24"/>
        </w:rPr>
      </w:pPr>
      <w:r w:rsidRPr="00CE5D55">
        <w:rPr>
          <w:sz w:val="24"/>
          <w:szCs w:val="24"/>
        </w:rPr>
        <w:t>19:</w:t>
      </w:r>
      <w:r w:rsidR="00022D6B" w:rsidRPr="00CE5D55">
        <w:rPr>
          <w:sz w:val="24"/>
          <w:szCs w:val="24"/>
        </w:rPr>
        <w:t>0</w:t>
      </w:r>
      <w:r w:rsidRPr="00CE5D55">
        <w:rPr>
          <w:sz w:val="24"/>
          <w:szCs w:val="24"/>
        </w:rPr>
        <w:t>0 | Official Conference Dinner</w:t>
      </w:r>
    </w:p>
    <w:p w14:paraId="03DBE610" w14:textId="568601D2" w:rsidR="00A805F7" w:rsidRDefault="00A805F7"/>
    <w:p w14:paraId="6E00B3EC" w14:textId="2C034E63" w:rsidR="00A014B3" w:rsidRDefault="00A014B3"/>
    <w:p w14:paraId="15E2E3F0" w14:textId="3C4F3BF7" w:rsidR="00A014B3" w:rsidRDefault="00A014B3"/>
    <w:p w14:paraId="46BC3B09" w14:textId="3E31ACF9" w:rsidR="00A014B3" w:rsidRDefault="00A014B3"/>
    <w:p w14:paraId="12C5AB18" w14:textId="44417B01" w:rsidR="00A014B3" w:rsidRDefault="00A014B3"/>
    <w:p w14:paraId="1F18B38D" w14:textId="11ACE811" w:rsidR="00A014B3" w:rsidRDefault="00A014B3"/>
    <w:p w14:paraId="314F7E5D" w14:textId="51AF7360" w:rsidR="00A014B3" w:rsidRDefault="00A014B3"/>
    <w:p w14:paraId="63E00B75" w14:textId="2CEE7EDD" w:rsidR="00A805F7" w:rsidRPr="00CE5D55" w:rsidRDefault="00A805F7" w:rsidP="00A805F7">
      <w:pPr>
        <w:rPr>
          <w:b/>
          <w:bCs/>
          <w:sz w:val="24"/>
          <w:szCs w:val="24"/>
          <w:u w:val="single"/>
        </w:rPr>
      </w:pPr>
      <w:r w:rsidRPr="00CE5D55">
        <w:rPr>
          <w:b/>
          <w:bCs/>
          <w:sz w:val="24"/>
          <w:szCs w:val="24"/>
          <w:u w:val="single"/>
        </w:rPr>
        <w:t>Day 2 (9</w:t>
      </w:r>
      <w:r w:rsidRPr="00CE5D55">
        <w:rPr>
          <w:b/>
          <w:bCs/>
          <w:sz w:val="24"/>
          <w:szCs w:val="24"/>
          <w:u w:val="single"/>
          <w:vertAlign w:val="superscript"/>
        </w:rPr>
        <w:t>th</w:t>
      </w:r>
      <w:r w:rsidRPr="00CE5D55">
        <w:rPr>
          <w:b/>
          <w:bCs/>
          <w:sz w:val="24"/>
          <w:szCs w:val="24"/>
          <w:u w:val="single"/>
        </w:rPr>
        <w:t xml:space="preserve"> October 2025)</w:t>
      </w:r>
      <w:r w:rsidR="00CE5D55" w:rsidRPr="00CE5D55">
        <w:rPr>
          <w:b/>
          <w:bCs/>
          <w:sz w:val="24"/>
          <w:szCs w:val="24"/>
          <w:u w:val="single"/>
        </w:rPr>
        <w:t xml:space="preserve"> – Social </w:t>
      </w:r>
      <w:proofErr w:type="spellStart"/>
      <w:r w:rsidR="00CE5D55" w:rsidRPr="00CE5D55">
        <w:rPr>
          <w:b/>
          <w:bCs/>
          <w:sz w:val="24"/>
          <w:szCs w:val="24"/>
          <w:u w:val="single"/>
        </w:rPr>
        <w:t>Programme</w:t>
      </w:r>
      <w:proofErr w:type="spellEnd"/>
    </w:p>
    <w:p w14:paraId="1D1FF946" w14:textId="1ECF2845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Fonts w:ascii="Segoe UI Emoji" w:hAnsi="Segoe UI Emoji" w:cs="Segoe UI Emoji"/>
        </w:rPr>
        <w:t>🚌</w:t>
      </w:r>
      <w:r w:rsidRPr="004E2918">
        <w:rPr>
          <w:rFonts w:asciiTheme="minorHAnsi" w:hAnsiTheme="minorHAnsi"/>
        </w:rPr>
        <w:t xml:space="preserve"> </w:t>
      </w:r>
      <w:r w:rsidRPr="00CE5D55">
        <w:rPr>
          <w:rFonts w:asciiTheme="minorHAnsi" w:hAnsiTheme="minorHAnsi"/>
          <w:b/>
          <w:bCs/>
        </w:rPr>
        <w:t>09:00</w:t>
      </w:r>
      <w:r>
        <w:rPr>
          <w:rFonts w:asciiTheme="minorHAnsi" w:hAnsiTheme="minorHAnsi"/>
          <w:lang w:val="en-US"/>
        </w:rPr>
        <w:t xml:space="preserve"> </w:t>
      </w:r>
      <w:r w:rsidRPr="004E2918">
        <w:rPr>
          <w:rStyle w:val="Strong"/>
          <w:rFonts w:asciiTheme="minorHAnsi" w:hAnsiTheme="minorHAnsi"/>
        </w:rPr>
        <w:t>|</w:t>
      </w:r>
      <w:r>
        <w:rPr>
          <w:rStyle w:val="Strong"/>
          <w:rFonts w:asciiTheme="minorHAnsi" w:hAnsiTheme="minorHAnsi"/>
          <w:lang w:val="en-US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Departure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from</w:t>
      </w:r>
      <w:proofErr w:type="spellEnd"/>
      <w:r>
        <w:rPr>
          <w:rStyle w:val="Strong"/>
          <w:rFonts w:asciiTheme="minorHAnsi" w:hAnsiTheme="minorHAnsi"/>
          <w:lang w:val="en-US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Blagoevgrad</w:t>
      </w:r>
      <w:proofErr w:type="spellEnd"/>
    </w:p>
    <w:p w14:paraId="6EAAA4BE" w14:textId="77777777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Style w:val="Strong"/>
          <w:rFonts w:asciiTheme="minorHAnsi" w:hAnsiTheme="minorHAnsi"/>
        </w:rPr>
        <w:t xml:space="preserve">10:30 – 12:00 | </w:t>
      </w:r>
      <w:proofErr w:type="spellStart"/>
      <w:r w:rsidRPr="004E2918">
        <w:rPr>
          <w:rStyle w:val="Strong"/>
          <w:rFonts w:asciiTheme="minorHAnsi" w:hAnsiTheme="minorHAnsi"/>
        </w:rPr>
        <w:t>Heraclea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Sintica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and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Rupite</w:t>
      </w:r>
      <w:proofErr w:type="spellEnd"/>
    </w:p>
    <w:p w14:paraId="237EF8F6" w14:textId="77777777" w:rsidR="00A805F7" w:rsidRPr="004E2918" w:rsidRDefault="00A805F7" w:rsidP="00A805F7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proofErr w:type="spellStart"/>
      <w:r w:rsidRPr="004E2918">
        <w:rPr>
          <w:rFonts w:asciiTheme="minorHAnsi" w:hAnsiTheme="minorHAnsi"/>
        </w:rPr>
        <w:t>Guided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tour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of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the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ancient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city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of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Heraclea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Sintica</w:t>
      </w:r>
      <w:proofErr w:type="spellEnd"/>
    </w:p>
    <w:p w14:paraId="5921AED6" w14:textId="77777777" w:rsidR="00A805F7" w:rsidRPr="004E2918" w:rsidRDefault="00A805F7" w:rsidP="00A805F7">
      <w:pPr>
        <w:pStyle w:val="NormalWeb"/>
        <w:numPr>
          <w:ilvl w:val="0"/>
          <w:numId w:val="12"/>
        </w:numPr>
        <w:rPr>
          <w:rFonts w:asciiTheme="minorHAnsi" w:hAnsiTheme="minorHAnsi"/>
        </w:rPr>
      </w:pPr>
      <w:proofErr w:type="spellStart"/>
      <w:r w:rsidRPr="004E2918">
        <w:rPr>
          <w:rFonts w:asciiTheme="minorHAnsi" w:hAnsiTheme="minorHAnsi"/>
        </w:rPr>
        <w:t>Visit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to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the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natural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and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spiritual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site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Rupite</w:t>
      </w:r>
      <w:proofErr w:type="spellEnd"/>
    </w:p>
    <w:p w14:paraId="7C3D2DCB" w14:textId="77777777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Style w:val="Strong"/>
          <w:rFonts w:asciiTheme="minorHAnsi" w:hAnsiTheme="minorHAnsi"/>
        </w:rPr>
        <w:t>12:30 – 15:00 | Melnik</w:t>
      </w:r>
    </w:p>
    <w:p w14:paraId="5212ADB8" w14:textId="4AEEE29B" w:rsidR="00A805F7" w:rsidRPr="004E2918" w:rsidRDefault="00A805F7" w:rsidP="00A805F7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proofErr w:type="spellStart"/>
      <w:r w:rsidRPr="004E2918">
        <w:rPr>
          <w:rFonts w:asciiTheme="minorHAnsi" w:hAnsiTheme="minorHAnsi"/>
        </w:rPr>
        <w:t>Visit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to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the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Kordopulova</w:t>
      </w:r>
      <w:proofErr w:type="spellEnd"/>
      <w:r w:rsidRPr="004E2918">
        <w:rPr>
          <w:rStyle w:val="Strong"/>
          <w:rFonts w:asciiTheme="minorHAnsi" w:hAnsiTheme="minorHAnsi"/>
        </w:rPr>
        <w:t xml:space="preserve"> House</w:t>
      </w:r>
      <w:r w:rsidRPr="004E2918">
        <w:rPr>
          <w:rFonts w:asciiTheme="minorHAnsi" w:hAnsiTheme="minorHAnsi"/>
        </w:rPr>
        <w:t xml:space="preserve"> (</w:t>
      </w:r>
      <w:proofErr w:type="spellStart"/>
      <w:r w:rsidRPr="004E2918">
        <w:rPr>
          <w:rFonts w:asciiTheme="minorHAnsi" w:hAnsiTheme="minorHAnsi"/>
        </w:rPr>
        <w:t>museum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house</w:t>
      </w:r>
      <w:proofErr w:type="spellEnd"/>
      <w:r w:rsidRPr="004E2918">
        <w:rPr>
          <w:rFonts w:asciiTheme="minorHAnsi" w:hAnsiTheme="minorHAnsi"/>
        </w:rPr>
        <w:t>)</w:t>
      </w:r>
    </w:p>
    <w:p w14:paraId="319F581E" w14:textId="77777777" w:rsidR="00A805F7" w:rsidRPr="004E2918" w:rsidRDefault="00A805F7" w:rsidP="00A805F7">
      <w:pPr>
        <w:pStyle w:val="NormalWeb"/>
        <w:numPr>
          <w:ilvl w:val="0"/>
          <w:numId w:val="13"/>
        </w:numPr>
        <w:rPr>
          <w:rFonts w:asciiTheme="minorHAnsi" w:hAnsiTheme="minorHAnsi"/>
        </w:rPr>
      </w:pPr>
      <w:proofErr w:type="spellStart"/>
      <w:r w:rsidRPr="004E2918">
        <w:rPr>
          <w:rFonts w:asciiTheme="minorHAnsi" w:hAnsiTheme="minorHAnsi"/>
        </w:rPr>
        <w:t>Free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time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for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lunch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and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individual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exploration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in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the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smallest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town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in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Bulgaria</w:t>
      </w:r>
      <w:proofErr w:type="spellEnd"/>
    </w:p>
    <w:p w14:paraId="49043C6F" w14:textId="77777777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Style w:val="Strong"/>
          <w:rFonts w:asciiTheme="minorHAnsi" w:hAnsiTheme="minorHAnsi"/>
        </w:rPr>
        <w:t xml:space="preserve">15:15 – 16:15 | </w:t>
      </w:r>
      <w:proofErr w:type="spellStart"/>
      <w:r w:rsidRPr="004E2918">
        <w:rPr>
          <w:rStyle w:val="Strong"/>
          <w:rFonts w:asciiTheme="minorHAnsi" w:hAnsiTheme="minorHAnsi"/>
        </w:rPr>
        <w:t>Villa</w:t>
      </w:r>
      <w:proofErr w:type="spellEnd"/>
      <w:r w:rsidRPr="004E2918">
        <w:rPr>
          <w:rStyle w:val="Strong"/>
          <w:rFonts w:asciiTheme="minorHAnsi" w:hAnsiTheme="minorHAnsi"/>
        </w:rPr>
        <w:t xml:space="preserve"> Melnik Winery</w:t>
      </w:r>
    </w:p>
    <w:p w14:paraId="428F3761" w14:textId="77777777" w:rsidR="00A805F7" w:rsidRPr="004E2918" w:rsidRDefault="00A805F7" w:rsidP="00A805F7">
      <w:pPr>
        <w:pStyle w:val="NormalWeb"/>
        <w:numPr>
          <w:ilvl w:val="0"/>
          <w:numId w:val="14"/>
        </w:numPr>
        <w:rPr>
          <w:rFonts w:asciiTheme="minorHAnsi" w:hAnsiTheme="minorHAnsi"/>
        </w:rPr>
      </w:pPr>
      <w:proofErr w:type="spellStart"/>
      <w:r w:rsidRPr="004E2918">
        <w:rPr>
          <w:rFonts w:asciiTheme="minorHAnsi" w:hAnsiTheme="minorHAnsi"/>
        </w:rPr>
        <w:t>Guided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tour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of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the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winery</w:t>
      </w:r>
      <w:proofErr w:type="spellEnd"/>
    </w:p>
    <w:p w14:paraId="0B4C61E7" w14:textId="77777777" w:rsidR="00A805F7" w:rsidRPr="004E2918" w:rsidRDefault="00A805F7" w:rsidP="00A805F7">
      <w:pPr>
        <w:pStyle w:val="NormalWeb"/>
        <w:numPr>
          <w:ilvl w:val="0"/>
          <w:numId w:val="14"/>
        </w:numPr>
        <w:rPr>
          <w:rFonts w:asciiTheme="minorHAnsi" w:hAnsiTheme="minorHAnsi"/>
        </w:rPr>
      </w:pPr>
      <w:r w:rsidRPr="004E2918">
        <w:rPr>
          <w:rFonts w:asciiTheme="minorHAnsi" w:hAnsiTheme="minorHAnsi"/>
        </w:rPr>
        <w:t xml:space="preserve">Wine </w:t>
      </w:r>
      <w:proofErr w:type="spellStart"/>
      <w:r w:rsidRPr="004E2918">
        <w:rPr>
          <w:rFonts w:asciiTheme="minorHAnsi" w:hAnsiTheme="minorHAnsi"/>
        </w:rPr>
        <w:t>tasting</w:t>
      </w:r>
      <w:proofErr w:type="spellEnd"/>
      <w:r w:rsidRPr="004E2918">
        <w:rPr>
          <w:rFonts w:asciiTheme="minorHAnsi" w:hAnsiTheme="minorHAnsi"/>
        </w:rPr>
        <w:t xml:space="preserve"> (</w:t>
      </w:r>
      <w:proofErr w:type="spellStart"/>
      <w:r w:rsidRPr="004E2918">
        <w:rPr>
          <w:rFonts w:asciiTheme="minorHAnsi" w:hAnsiTheme="minorHAnsi"/>
        </w:rPr>
        <w:t>one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glass</w:t>
      </w:r>
      <w:proofErr w:type="spellEnd"/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Fonts w:asciiTheme="minorHAnsi" w:hAnsiTheme="minorHAnsi"/>
        </w:rPr>
        <w:t>included</w:t>
      </w:r>
      <w:proofErr w:type="spellEnd"/>
      <w:r w:rsidRPr="004E2918">
        <w:rPr>
          <w:rFonts w:asciiTheme="minorHAnsi" w:hAnsiTheme="minorHAnsi"/>
        </w:rPr>
        <w:t>)</w:t>
      </w:r>
    </w:p>
    <w:p w14:paraId="0C549058" w14:textId="77777777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Fonts w:ascii="Segoe UI Emoji" w:hAnsi="Segoe UI Emoji" w:cs="Segoe UI Emoji"/>
        </w:rPr>
        <w:t>🚌</w:t>
      </w:r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Return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to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Blagoevgrad</w:t>
      </w:r>
      <w:proofErr w:type="spellEnd"/>
      <w:r w:rsidRPr="004E2918">
        <w:rPr>
          <w:rFonts w:asciiTheme="minorHAnsi" w:hAnsiTheme="minorHAnsi"/>
        </w:rPr>
        <w:t xml:space="preserve"> – 17:30</w:t>
      </w:r>
    </w:p>
    <w:p w14:paraId="23324701" w14:textId="77777777" w:rsidR="00A805F7" w:rsidRPr="004E2918" w:rsidRDefault="00A805F7" w:rsidP="00A805F7">
      <w:pPr>
        <w:pStyle w:val="NormalWeb"/>
        <w:rPr>
          <w:rFonts w:asciiTheme="minorHAnsi" w:hAnsiTheme="minorHAnsi"/>
        </w:rPr>
      </w:pPr>
      <w:r w:rsidRPr="004E2918">
        <w:rPr>
          <w:rFonts w:ascii="Segoe UI Emoji" w:hAnsi="Segoe UI Emoji" w:cs="Segoe UI Emoji"/>
        </w:rPr>
        <w:t>💶</w:t>
      </w:r>
      <w:r w:rsidRPr="004E2918">
        <w:rPr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Participation</w:t>
      </w:r>
      <w:proofErr w:type="spellEnd"/>
      <w:r w:rsidRPr="004E2918">
        <w:rPr>
          <w:rStyle w:val="Strong"/>
          <w:rFonts w:asciiTheme="minorHAnsi" w:hAnsiTheme="minorHAnsi"/>
        </w:rPr>
        <w:t xml:space="preserve"> </w:t>
      </w:r>
      <w:proofErr w:type="spellStart"/>
      <w:r w:rsidRPr="004E2918">
        <w:rPr>
          <w:rStyle w:val="Strong"/>
          <w:rFonts w:asciiTheme="minorHAnsi" w:hAnsiTheme="minorHAnsi"/>
        </w:rPr>
        <w:t>fee</w:t>
      </w:r>
      <w:proofErr w:type="spellEnd"/>
      <w:r w:rsidRPr="004E2918">
        <w:rPr>
          <w:rStyle w:val="Strong"/>
          <w:rFonts w:asciiTheme="minorHAnsi" w:hAnsiTheme="minorHAnsi"/>
        </w:rPr>
        <w:t>:</w:t>
      </w:r>
      <w:r w:rsidRPr="004E2918">
        <w:rPr>
          <w:rFonts w:asciiTheme="minorHAnsi" w:hAnsiTheme="minorHAnsi"/>
        </w:rPr>
        <w:t xml:space="preserve"> 20 BGN</w:t>
      </w:r>
      <w:r w:rsidRPr="004E2918">
        <w:rPr>
          <w:rFonts w:asciiTheme="minorHAnsi" w:hAnsiTheme="minorHAnsi"/>
        </w:rPr>
        <w:br/>
      </w:r>
      <w:r w:rsidRPr="004E2918">
        <w:rPr>
          <w:rStyle w:val="Emphasis"/>
          <w:rFonts w:asciiTheme="minorHAnsi" w:hAnsiTheme="minorHAnsi"/>
        </w:rPr>
        <w:t>(</w:t>
      </w:r>
      <w:proofErr w:type="spellStart"/>
      <w:r w:rsidRPr="004E2918">
        <w:rPr>
          <w:rStyle w:val="Emphasis"/>
          <w:rFonts w:asciiTheme="minorHAnsi" w:hAnsiTheme="minorHAnsi"/>
        </w:rPr>
        <w:t>includes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transport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and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entrance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fees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to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all</w:t>
      </w:r>
      <w:proofErr w:type="spellEnd"/>
      <w:r w:rsidRPr="004E2918">
        <w:rPr>
          <w:rStyle w:val="Emphasis"/>
          <w:rFonts w:asciiTheme="minorHAnsi" w:hAnsiTheme="minorHAnsi"/>
        </w:rPr>
        <w:t xml:space="preserve"> </w:t>
      </w:r>
      <w:proofErr w:type="spellStart"/>
      <w:r w:rsidRPr="004E2918">
        <w:rPr>
          <w:rStyle w:val="Emphasis"/>
          <w:rFonts w:asciiTheme="minorHAnsi" w:hAnsiTheme="minorHAnsi"/>
        </w:rPr>
        <w:t>sites</w:t>
      </w:r>
      <w:proofErr w:type="spellEnd"/>
      <w:r w:rsidRPr="004E2918">
        <w:rPr>
          <w:rStyle w:val="Emphasis"/>
          <w:rFonts w:asciiTheme="minorHAnsi" w:hAnsiTheme="minorHAnsi"/>
        </w:rPr>
        <w:t>)</w:t>
      </w:r>
    </w:p>
    <w:p w14:paraId="1FEE898F" w14:textId="77777777" w:rsidR="00A805F7" w:rsidRPr="00A805F7" w:rsidRDefault="00A805F7" w:rsidP="00A805F7">
      <w:pPr>
        <w:rPr>
          <w:b/>
          <w:bCs/>
        </w:rPr>
      </w:pPr>
    </w:p>
    <w:p w14:paraId="2801B095" w14:textId="77777777" w:rsidR="00A805F7" w:rsidRPr="00F720F1" w:rsidRDefault="00A805F7">
      <w:pPr>
        <w:rPr>
          <w:lang w:val="bg-BG"/>
        </w:rPr>
      </w:pPr>
    </w:p>
    <w:sectPr w:rsidR="00A805F7" w:rsidRPr="00F720F1" w:rsidSect="000065D5">
      <w:type w:val="continuous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45521" w14:textId="77777777" w:rsidR="003A6483" w:rsidRDefault="003A6483" w:rsidP="00F40F5F">
      <w:pPr>
        <w:spacing w:after="0" w:line="240" w:lineRule="auto"/>
      </w:pPr>
      <w:r>
        <w:separator/>
      </w:r>
    </w:p>
  </w:endnote>
  <w:endnote w:type="continuationSeparator" w:id="0">
    <w:p w14:paraId="1198C816" w14:textId="77777777" w:rsidR="003A6483" w:rsidRDefault="003A6483" w:rsidP="00F4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B43E5" w14:textId="77777777" w:rsidR="003A6483" w:rsidRDefault="003A6483" w:rsidP="00F40F5F">
      <w:pPr>
        <w:spacing w:after="0" w:line="240" w:lineRule="auto"/>
      </w:pPr>
      <w:r>
        <w:separator/>
      </w:r>
    </w:p>
  </w:footnote>
  <w:footnote w:type="continuationSeparator" w:id="0">
    <w:p w14:paraId="0DB58930" w14:textId="77777777" w:rsidR="003A6483" w:rsidRDefault="003A6483" w:rsidP="00F40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C92E2" w14:textId="5480DD75" w:rsidR="00A747E7" w:rsidRPr="00A747E7" w:rsidRDefault="004709A3" w:rsidP="00A747E7">
    <w:pPr>
      <w:pStyle w:val="NormalWeb"/>
    </w:pPr>
    <w:r>
      <w:t xml:space="preserve">               </w:t>
    </w:r>
  </w:p>
  <w:p w14:paraId="6B147CA1" w14:textId="645764F2" w:rsidR="004709A3" w:rsidRDefault="004709A3">
    <w:pPr>
      <w:pStyle w:val="Header"/>
    </w:pPr>
    <w:r>
      <w:t xml:space="preserve">             </w:t>
    </w:r>
    <w:r>
      <w:rPr>
        <w:noProof/>
      </w:rPr>
      <w:drawing>
        <wp:inline distT="0" distB="0" distL="0" distR="0" wp14:anchorId="5726D345" wp14:editId="485A1225">
          <wp:extent cx="731520" cy="731520"/>
          <wp:effectExtent l="0" t="0" r="0" b="0"/>
          <wp:docPr id="1" name="Picture 1" descr="swu logo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u logo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07892F82" wp14:editId="52F0E100">
          <wp:extent cx="1927860" cy="803275"/>
          <wp:effectExtent l="0" t="0" r="0" b="0"/>
          <wp:docPr id="2" name="Picture 2" descr="logo tp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tp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="00A747E7">
      <w:rPr>
        <w:noProof/>
        <w:lang w:val="bg-BG"/>
      </w:rPr>
      <w:t xml:space="preserve"> </w:t>
    </w:r>
    <w:r>
      <w:rPr>
        <w:noProof/>
      </w:rPr>
      <w:drawing>
        <wp:inline distT="0" distB="0" distL="0" distR="0" wp14:anchorId="2748EAFE" wp14:editId="7B056887">
          <wp:extent cx="746760" cy="746760"/>
          <wp:effectExtent l="0" t="0" r="0" b="0"/>
          <wp:docPr id="3" name="Picture 3" descr="Trakya University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rakya University - Wikipe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7E7">
      <w:rPr>
        <w:noProof/>
        <w:lang w:val="bg-BG"/>
      </w:rPr>
      <w:t xml:space="preserve">                </w:t>
    </w:r>
    <w:r w:rsidR="00A747E7" w:rsidRPr="00A747E7">
      <w:rPr>
        <w:noProof/>
      </w:rPr>
      <w:drawing>
        <wp:inline distT="0" distB="0" distL="0" distR="0" wp14:anchorId="118BA7CA" wp14:editId="3AF662C9">
          <wp:extent cx="777240" cy="7772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9" type="#_x0000_t75" style="width:11.4pt;height:11.4pt" o:bullet="t">
        <v:imagedata r:id="rId1" o:title="msoF647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F7C6480"/>
    <w:multiLevelType w:val="multilevel"/>
    <w:tmpl w:val="B532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FB5D5F"/>
    <w:multiLevelType w:val="hybridMultilevel"/>
    <w:tmpl w:val="A7145374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43E68"/>
    <w:multiLevelType w:val="hybridMultilevel"/>
    <w:tmpl w:val="D0D8651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548E8"/>
    <w:multiLevelType w:val="hybridMultilevel"/>
    <w:tmpl w:val="7B0E63C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33C1A"/>
    <w:multiLevelType w:val="multilevel"/>
    <w:tmpl w:val="065A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674FB2"/>
    <w:multiLevelType w:val="hybridMultilevel"/>
    <w:tmpl w:val="279AB5FA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D00B5"/>
    <w:multiLevelType w:val="multilevel"/>
    <w:tmpl w:val="ADE4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15"/>
  </w:num>
  <w:num w:numId="14">
    <w:abstractNumId w:val="1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5D5"/>
    <w:rsid w:val="0000720B"/>
    <w:rsid w:val="00016661"/>
    <w:rsid w:val="00017549"/>
    <w:rsid w:val="00022D6B"/>
    <w:rsid w:val="000251F6"/>
    <w:rsid w:val="00034616"/>
    <w:rsid w:val="00042FF9"/>
    <w:rsid w:val="0006063C"/>
    <w:rsid w:val="000678FD"/>
    <w:rsid w:val="000704FE"/>
    <w:rsid w:val="0008381C"/>
    <w:rsid w:val="000A2C43"/>
    <w:rsid w:val="000C0F98"/>
    <w:rsid w:val="000C133A"/>
    <w:rsid w:val="00104B0B"/>
    <w:rsid w:val="0011242C"/>
    <w:rsid w:val="0011438E"/>
    <w:rsid w:val="00125B4E"/>
    <w:rsid w:val="00133781"/>
    <w:rsid w:val="001407A4"/>
    <w:rsid w:val="0015074B"/>
    <w:rsid w:val="00174DA3"/>
    <w:rsid w:val="00174F5A"/>
    <w:rsid w:val="0018224B"/>
    <w:rsid w:val="00191EF4"/>
    <w:rsid w:val="00197B80"/>
    <w:rsid w:val="001B459B"/>
    <w:rsid w:val="001D0E7D"/>
    <w:rsid w:val="001D3261"/>
    <w:rsid w:val="0022499D"/>
    <w:rsid w:val="00263198"/>
    <w:rsid w:val="00291F9C"/>
    <w:rsid w:val="00296164"/>
    <w:rsid w:val="0029639D"/>
    <w:rsid w:val="002B53C7"/>
    <w:rsid w:val="002D6A75"/>
    <w:rsid w:val="002E2E68"/>
    <w:rsid w:val="0030595E"/>
    <w:rsid w:val="0031313D"/>
    <w:rsid w:val="00313F8F"/>
    <w:rsid w:val="0031442A"/>
    <w:rsid w:val="003216D2"/>
    <w:rsid w:val="00326F90"/>
    <w:rsid w:val="0032739D"/>
    <w:rsid w:val="003368EB"/>
    <w:rsid w:val="00390482"/>
    <w:rsid w:val="0039132C"/>
    <w:rsid w:val="003A6483"/>
    <w:rsid w:val="003B2DBE"/>
    <w:rsid w:val="003B3A73"/>
    <w:rsid w:val="003E1A14"/>
    <w:rsid w:val="003E23F8"/>
    <w:rsid w:val="003F6F27"/>
    <w:rsid w:val="004050B3"/>
    <w:rsid w:val="00437912"/>
    <w:rsid w:val="00455EA2"/>
    <w:rsid w:val="00467604"/>
    <w:rsid w:val="004709A3"/>
    <w:rsid w:val="004744EE"/>
    <w:rsid w:val="004A573D"/>
    <w:rsid w:val="004C79F5"/>
    <w:rsid w:val="004E3958"/>
    <w:rsid w:val="004F06D9"/>
    <w:rsid w:val="004F23CE"/>
    <w:rsid w:val="004F36EB"/>
    <w:rsid w:val="005010F5"/>
    <w:rsid w:val="005233A9"/>
    <w:rsid w:val="005309FD"/>
    <w:rsid w:val="00593305"/>
    <w:rsid w:val="00594100"/>
    <w:rsid w:val="005B3024"/>
    <w:rsid w:val="005B3BB8"/>
    <w:rsid w:val="005C5B4B"/>
    <w:rsid w:val="005F6FA5"/>
    <w:rsid w:val="00612071"/>
    <w:rsid w:val="006A1338"/>
    <w:rsid w:val="006A48BA"/>
    <w:rsid w:val="006C088D"/>
    <w:rsid w:val="006C2993"/>
    <w:rsid w:val="0073098D"/>
    <w:rsid w:val="00737B89"/>
    <w:rsid w:val="00741F1D"/>
    <w:rsid w:val="00753BDF"/>
    <w:rsid w:val="00762155"/>
    <w:rsid w:val="00770A24"/>
    <w:rsid w:val="007B6A1D"/>
    <w:rsid w:val="007D40EC"/>
    <w:rsid w:val="008203D4"/>
    <w:rsid w:val="0082198C"/>
    <w:rsid w:val="0086230B"/>
    <w:rsid w:val="008626D7"/>
    <w:rsid w:val="00875D1C"/>
    <w:rsid w:val="00881CC4"/>
    <w:rsid w:val="00892495"/>
    <w:rsid w:val="0089788C"/>
    <w:rsid w:val="008B29D4"/>
    <w:rsid w:val="008C4957"/>
    <w:rsid w:val="008E3779"/>
    <w:rsid w:val="008F3996"/>
    <w:rsid w:val="008F3D71"/>
    <w:rsid w:val="00902AB8"/>
    <w:rsid w:val="00904E78"/>
    <w:rsid w:val="00910BC1"/>
    <w:rsid w:val="00920785"/>
    <w:rsid w:val="00926703"/>
    <w:rsid w:val="0093307E"/>
    <w:rsid w:val="00941B60"/>
    <w:rsid w:val="00945031"/>
    <w:rsid w:val="009A5EBC"/>
    <w:rsid w:val="009B47D8"/>
    <w:rsid w:val="009C6924"/>
    <w:rsid w:val="009C7220"/>
    <w:rsid w:val="009D4E94"/>
    <w:rsid w:val="009E3936"/>
    <w:rsid w:val="009F7EF3"/>
    <w:rsid w:val="00A014B3"/>
    <w:rsid w:val="00A4211A"/>
    <w:rsid w:val="00A747E7"/>
    <w:rsid w:val="00A755A4"/>
    <w:rsid w:val="00A805F7"/>
    <w:rsid w:val="00A90B0C"/>
    <w:rsid w:val="00AA1D8D"/>
    <w:rsid w:val="00AA56A3"/>
    <w:rsid w:val="00AF7D22"/>
    <w:rsid w:val="00B1135A"/>
    <w:rsid w:val="00B1624E"/>
    <w:rsid w:val="00B45666"/>
    <w:rsid w:val="00B47730"/>
    <w:rsid w:val="00B77037"/>
    <w:rsid w:val="00BF3085"/>
    <w:rsid w:val="00BF5BD9"/>
    <w:rsid w:val="00C07062"/>
    <w:rsid w:val="00C10258"/>
    <w:rsid w:val="00C1152E"/>
    <w:rsid w:val="00C11F84"/>
    <w:rsid w:val="00C97B22"/>
    <w:rsid w:val="00CA17C1"/>
    <w:rsid w:val="00CA2C7A"/>
    <w:rsid w:val="00CB0664"/>
    <w:rsid w:val="00CB3F92"/>
    <w:rsid w:val="00CD145A"/>
    <w:rsid w:val="00CE3A63"/>
    <w:rsid w:val="00CE5D55"/>
    <w:rsid w:val="00CF0D29"/>
    <w:rsid w:val="00D01C62"/>
    <w:rsid w:val="00D020B7"/>
    <w:rsid w:val="00D149B4"/>
    <w:rsid w:val="00D226B9"/>
    <w:rsid w:val="00D419E6"/>
    <w:rsid w:val="00D44010"/>
    <w:rsid w:val="00D44B97"/>
    <w:rsid w:val="00D47876"/>
    <w:rsid w:val="00DA6B11"/>
    <w:rsid w:val="00DC63D2"/>
    <w:rsid w:val="00E10A56"/>
    <w:rsid w:val="00E34B25"/>
    <w:rsid w:val="00E671C9"/>
    <w:rsid w:val="00E85E07"/>
    <w:rsid w:val="00EA5277"/>
    <w:rsid w:val="00EA527A"/>
    <w:rsid w:val="00EB034C"/>
    <w:rsid w:val="00EB040E"/>
    <w:rsid w:val="00EC36C7"/>
    <w:rsid w:val="00ED2E5D"/>
    <w:rsid w:val="00F00013"/>
    <w:rsid w:val="00F40F5F"/>
    <w:rsid w:val="00F432C6"/>
    <w:rsid w:val="00F53313"/>
    <w:rsid w:val="00F720F1"/>
    <w:rsid w:val="00F87240"/>
    <w:rsid w:val="00FA79DC"/>
    <w:rsid w:val="00FC693F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6D9F20"/>
  <w14:defaultImageDpi w14:val="300"/>
  <w15:docId w15:val="{531C0DAB-65F3-4B9A-AF07-B029FD2D4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dTable4-Accent3">
    <w:name w:val="Grid Table 4 Accent 3"/>
    <w:basedOn w:val="TableNormal"/>
    <w:uiPriority w:val="49"/>
    <w:rsid w:val="00D47876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-Accent3">
    <w:name w:val="Grid Table 5 Dark Accent 3"/>
    <w:basedOn w:val="TableNormal"/>
    <w:uiPriority w:val="50"/>
    <w:rsid w:val="00D478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5">
    <w:name w:val="Grid Table 5 Dark Accent 5"/>
    <w:basedOn w:val="TableNormal"/>
    <w:uiPriority w:val="50"/>
    <w:rsid w:val="00D478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7Colorful-Accent4">
    <w:name w:val="Grid Table 7 Colorful Accent 4"/>
    <w:basedOn w:val="TableNormal"/>
    <w:uiPriority w:val="52"/>
    <w:rsid w:val="00D4787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80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B03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B034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1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1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56BE39-B90B-49BA-80B8-694E4CB38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787</Words>
  <Characters>4486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5263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Ilinka Terziyska</cp:lastModifiedBy>
  <cp:revision>2</cp:revision>
  <dcterms:created xsi:type="dcterms:W3CDTF">2025-10-03T10:04:00Z</dcterms:created>
  <dcterms:modified xsi:type="dcterms:W3CDTF">2025-10-03T10:04:00Z</dcterms:modified>
  <cp:category/>
</cp:coreProperties>
</file>